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CARTA COMPROMISO DE PAGO</w:t>
      </w:r>
    </w:p>
    <w:p/>
    <w:p>
      <w:r>
        <w:rPr>
          <w:b w:val="0"/>
        </w:rPr>
        <w:t>[Nombre o razón social de quien cobra]</w:t>
      </w:r>
    </w:p>
    <w:p>
      <w:r>
        <w:rPr>
          <w:b w:val="0"/>
        </w:rPr>
        <w:t>Presente.</w:t>
      </w:r>
    </w:p>
    <w:p>
      <w:r>
        <w:rPr>
          <w:b w:val="0"/>
        </w:rPr>
        <w:t>Yo, [nombre completo de quien debe], con domicilio en [domicilio] e identificación [tipo y número], reconozco que a la fecha tengo un saldo pendiente de $[monto] ([monto con letra] pesos 00/100 M.N.) con [nombre de quien cobra], por concepto de [concepto: colegiaturas de …, cuotas de mantenimiento de la unidad …, renta de …, factura folio …, préstamo del …].</w:t>
      </w:r>
    </w:p>
    <w:p>
      <w:r>
        <w:rPr>
          <w:b w:val="0"/>
        </w:rPr>
        <w:t>Me comprometo a pagarlo de la siguiente forma: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Pago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Monto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Saldo después del pago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$[monto]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$[monto]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</w:tr>
      <w:tr>
        <w:tc>
          <w:tcPr>
            <w:tcW w:type="dxa" w:w="2160"/>
          </w:tcPr>
          <w:p>
            <w:r>
              <w:t>[agrega o borra renglones]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$0.00</w:t>
            </w:r>
          </w:p>
        </w:tc>
      </w:tr>
    </w:tbl>
    <w:p/>
    <w:p>
      <w:r>
        <w:rPr>
          <w:b w:val="0"/>
        </w:rPr>
        <w:t>Los pagos los haré por [transferencia a la cuenta CLABE [CLABE] de [banco] a nombre de [titular], con la referencia [referencia] / en efectivo en [lugar], contra recibo]. Enviaré el comprobante de cada pago a [correo o WhatsApp].</w:t>
      </w:r>
    </w:p>
    <w:p>
      <w:r>
        <w:rPr>
          <w:b w:val="0"/>
        </w:rPr>
        <w:t>Si por algún motivo no puedo pagar en una de las fechas, lo avisaré antes de esa fecha para acordar una nueva. Sé que, si no cumplo, [nombre de quien cobra] puede dar por terminado este compromiso y cobrar el saldo completo por los medios que la ley permite.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debe]</w:t>
      </w:r>
    </w:p>
    <w:p>
      <w:pPr>
        <w:spacing w:after="0"/>
      </w:pPr>
      <w:r>
        <w:rPr>
          <w:b w:val="0"/>
        </w:rPr>
        <w:t>Firma</w:t>
      </w:r>
    </w:p>
    <w:p/>
    <w:p>
      <w:r>
        <w:rPr>
          <w:b w:val="0"/>
        </w:rPr>
        <w:t>Recibí y acepto:</w:t>
      </w:r>
    </w:p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cobra o su representante]</w:t>
      </w:r>
    </w:p>
    <w:p>
      <w:pPr>
        <w:spacing w:after="0"/>
      </w:pPr>
      <w:r>
        <w:rPr>
          <w:b w:val="0"/>
        </w:rPr>
        <w:t>[Cargo]</w:t>
      </w:r>
    </w:p>
    <w:p/>
    <w:p>
      <w:r>
        <w:rPr>
          <w:i/>
          <w:color w:val="6B7A79"/>
          <w:sz w:val="18"/>
        </w:rPr>
        <w:t>Cambia todo lo que está entre corchetes y borra esta nota. La carta la llena y la firma quien debe; no se firma en blanco ni se le pide a un familiar. Si el adeudo es grande o los pagos son muchos, lo que conviene es un convenio de pago firmado por las dos partes o un pagaré. Cada pago que llegue se acompaña de su recibo. Formato de makatea.ai/formatos/carta-compromiso-de-pago;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