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DE ADEUDO DE COLEGIATURAS</w:t>
      </w:r>
    </w:p>
    <w:p/>
    <w:p>
      <w:pPr>
        <w:spacing w:after="0"/>
      </w:pPr>
      <w:r>
        <w:rPr>
          <w:b w:val="0"/>
        </w:rPr>
        <w:t>[Nombre del padre, madre o tutor]</w:t>
      </w:r>
    </w:p>
    <w:p>
      <w:pPr>
        <w:spacing w:after="0"/>
      </w:pPr>
      <w:r>
        <w:rPr>
          <w:b w:val="0"/>
        </w:rPr>
        <w:t>Responsable de pago del alumno(a) [nombre del alumno]</w:t>
      </w:r>
    </w:p>
    <w:p/>
    <w:p>
      <w:r>
        <w:rPr>
          <w:b w:val="0"/>
        </w:rPr>
        <w:t>Estimado(a) [nombre]:</w:t>
      </w:r>
    </w:p>
    <w:p>
      <w:r>
        <w:rPr>
          <w:b w:val="0"/>
        </w:rPr>
        <w:t>[Nombre de la escuela], con clave de centro de trabajo [CCT], le informa el saldo pendiente de [nombre completo del alumno], inscrito(a) en [grado y grupo] durante el ciclo escolar [2026-2027], con corte al [fecha de corte]: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Mes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Colegiatura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Beca o descuento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Recargo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Pagado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440"/>
          </w:tcPr>
          <w:p>
            <w:r>
              <w:t>[Septiembre]</w:t>
            </w:r>
          </w:p>
        </w:tc>
        <w:tc>
          <w:tcPr>
            <w:tcW w:type="dxa" w:w="1440"/>
          </w:tcPr>
          <w:p>
            <w:r>
              <w:t>$[monto]</w:t>
            </w:r>
          </w:p>
        </w:tc>
        <w:tc>
          <w:tcPr>
            <w:tcW w:type="dxa" w:w="1440"/>
          </w:tcPr>
          <w:p>
            <w:r>
              <w:t>$[beca]</w:t>
            </w:r>
          </w:p>
        </w:tc>
        <w:tc>
          <w:tcPr>
            <w:tcW w:type="dxa" w:w="1440"/>
          </w:tcPr>
          <w:p>
            <w:r>
              <w:t>$[recargo]</w:t>
            </w:r>
          </w:p>
        </w:tc>
        <w:tc>
          <w:tcPr>
            <w:tcW w:type="dxa" w:w="1440"/>
          </w:tcPr>
          <w:p>
            <w:r>
              <w:t>$[pagado]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t>[Octubre]</w:t>
            </w:r>
          </w:p>
        </w:tc>
        <w:tc>
          <w:tcPr>
            <w:tcW w:type="dxa" w:w="1440"/>
          </w:tcPr>
          <w:p>
            <w:r>
              <w:t>$[monto]</w:t>
            </w:r>
          </w:p>
        </w:tc>
        <w:tc>
          <w:tcPr>
            <w:tcW w:type="dxa" w:w="1440"/>
          </w:tcPr>
          <w:p>
            <w:r>
              <w:t>$[beca]</w:t>
            </w:r>
          </w:p>
        </w:tc>
        <w:tc>
          <w:tcPr>
            <w:tcW w:type="dxa" w:w="1440"/>
          </w:tcPr>
          <w:p>
            <w:r>
              <w:t>$[recargo]</w:t>
            </w:r>
          </w:p>
        </w:tc>
        <w:tc>
          <w:tcPr>
            <w:tcW w:type="dxa" w:w="1440"/>
          </w:tcPr>
          <w:p>
            <w:r>
              <w:t>$[pagado]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t>[Noviembre]</w:t>
            </w:r>
          </w:p>
        </w:tc>
        <w:tc>
          <w:tcPr>
            <w:tcW w:type="dxa" w:w="1440"/>
          </w:tcPr>
          <w:p>
            <w:r>
              <w:t>$[monto]</w:t>
            </w:r>
          </w:p>
        </w:tc>
        <w:tc>
          <w:tcPr>
            <w:tcW w:type="dxa" w:w="1440"/>
          </w:tcPr>
          <w:p>
            <w:r>
              <w:t>$[beca]</w:t>
            </w:r>
          </w:p>
        </w:tc>
        <w:tc>
          <w:tcPr>
            <w:tcW w:type="dxa" w:w="1440"/>
          </w:tcPr>
          <w:p>
            <w:r>
              <w:t>$[recargo]</w:t>
            </w:r>
          </w:p>
        </w:tc>
        <w:tc>
          <w:tcPr>
            <w:tcW w:type="dxa" w:w="1440"/>
          </w:tcPr>
          <w:p>
            <w:r>
              <w:t>$[pagado]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t>[Otro concepto: inscripción, materiales]</w:t>
            </w:r>
          </w:p>
        </w:tc>
        <w:tc>
          <w:tcPr>
            <w:tcW w:type="dxa" w:w="1440"/>
          </w:tcPr>
          <w:p>
            <w:r>
              <w:t>$[monto]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$[pagado]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rPr>
                <w:b/>
              </w:rPr>
              <w:t>Total pendiente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El recargo corresponde a lo establecido en el reglamento de pagos que la familia firmó al inscribirse, [artículo o apartado]. [Si no aplica recargo, borra esa columna.]</w:t>
      </w:r>
    </w:p>
    <w:p>
      <w:r>
        <w:rPr>
          <w:b w:val="0"/>
        </w:rPr>
        <w:t>Este cálculo es válido hasta el [fecha]. Si el pago se hace después, el saldo se actualiza con los meses que venzan en el camino.</w:t>
      </w:r>
    </w:p>
    <w:p>
      <w:r>
        <w:rPr>
          <w:b w:val="0"/>
        </w:rPr>
        <w:t>Puede pagar en la caja de la escuela o por transferencia a la cuenta CLABE [18 dígitos], a nombre de [titular], con la referencia [matrícula o referencia del alumno].</w:t>
      </w:r>
    </w:p>
    <w:p>
      <w:r>
        <w:rPr>
          <w:b w:val="0"/>
        </w:rPr>
        <w:t>Si le conviene cubrirlo en partes, podemos acordar un calendario de pagos por escrito. Para eso le pedimos comunicarse con [nombre, área de administración] en [teléfono o correo], de [horario].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Administración escolar</w:t>
      </w:r>
    </w:p>
    <w:p>
      <w:pPr>
        <w:spacing w:after="0"/>
      </w:pPr>
      <w:r>
        <w:rPr>
          <w:b w:val="0"/>
        </w:rPr>
        <w:t>[Nombre de la escuela]</w:t>
      </w:r>
    </w:p>
    <w:p/>
    <w:p>
      <w:r>
        <w:rPr>
          <w:i/>
          <w:color w:val="6B7A79"/>
          <w:sz w:val="18"/>
        </w:rPr>
        <w:t>Cambia todo lo que está entre corchetes y borra esta nota antes de mandarlo. Copia los montos del control de pagos del ciclo. Entrégala en sobre cerrado o por correo al responsable de pago, nunca por medio del alumno. Formato de makatea.ai/formatos/carta-de-adeudo-escolar.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