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[Ciudad], Costa Rica, [día] de [mes] de [año]</w:t>
      </w:r>
    </w:p>
    <w:p/>
    <w:p>
      <w:pPr>
        <w:jc w:val="center"/>
      </w:pPr>
      <w:r>
        <w:rPr>
          <w:b/>
        </w:rPr>
        <w:t>CARTA DE CANCELACIÓN DE DEUDA</w:t>
      </w:r>
    </w:p>
    <w:p/>
    <w:p>
      <w:r>
        <w:rPr>
          <w:b w:val="0"/>
        </w:rPr>
        <w:t>A quien interese:</w:t>
      </w:r>
    </w:p>
    <w:p>
      <w:r>
        <w:rPr>
          <w:b w:val="0"/>
        </w:rPr>
        <w:t>Yo, [nombre completo del acreedor], mayor de edad, [estado civil], [profesión u oficio], portador(a) de la cédula de identidad N° [0-0000-0000], vecino(a) de [distrito, cantón, provincia], hago constar que [nombre completo del deudor], portador(a) de la cédula de identidad N° [0-0000-0000] canceló en su totalidad la deuda de ₡[monto] ([monto en letras] colones exactos) que mantenía conmigo desde el [fecha] por concepto de [préstamo de dinero / venta a plazos de … / otro concepto], mediante los siguientes pagos: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Pago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Fecha</w:t>
            </w:r>
          </w:p>
        </w:tc>
        <w:tc>
          <w:tcPr>
            <w:tcW w:type="dxa" w:w="1728"/>
          </w:tcPr>
          <w:p>
            <w:r>
              <w:rPr>
                <w:b/>
              </w:rPr>
              <w:t>Forma de pago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Monto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Saldo después del pago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[fecha]</w:t>
            </w:r>
          </w:p>
        </w:tc>
        <w:tc>
          <w:tcPr>
            <w:tcW w:type="dxa" w:w="1728"/>
          </w:tcPr>
          <w:p>
            <w:r>
              <w:t>[SINPE Móvil / transferencia / efectivo]</w:t>
            </w:r>
          </w:p>
        </w:tc>
        <w:tc>
          <w:tcPr>
            <w:tcW w:type="dxa" w:w="1728"/>
          </w:tcPr>
          <w:p>
            <w:r>
              <w:t>₡[monto]</w:t>
            </w:r>
          </w:p>
        </w:tc>
        <w:tc>
          <w:tcPr>
            <w:tcW w:type="dxa" w:w="1728"/>
          </w:tcPr>
          <w:p>
            <w:r>
              <w:t>₡[saldo]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[fecha]</w:t>
            </w:r>
          </w:p>
        </w:tc>
        <w:tc>
          <w:tcPr>
            <w:tcW w:type="dxa" w:w="1728"/>
          </w:tcPr>
          <w:p>
            <w:r>
              <w:t>[forma]</w:t>
            </w:r>
          </w:p>
        </w:tc>
        <w:tc>
          <w:tcPr>
            <w:tcW w:type="dxa" w:w="1728"/>
          </w:tcPr>
          <w:p>
            <w:r>
              <w:t>₡[monto]</w:t>
            </w:r>
          </w:p>
        </w:tc>
        <w:tc>
          <w:tcPr>
            <w:tcW w:type="dxa" w:w="1728"/>
          </w:tcPr>
          <w:p>
            <w:r>
              <w:t>₡[saldo]</w:t>
            </w:r>
          </w:p>
        </w:tc>
      </w:tr>
      <w:tr>
        <w:tc>
          <w:tcPr>
            <w:tcW w:type="dxa" w:w="1728"/>
          </w:tcPr>
          <w:p>
            <w:r>
              <w:t>[agrega o borra renglones]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rPr>
                <w:b/>
              </w:rPr>
              <w:t>Total pagado</w:t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</w:p>
        </w:tc>
        <w:tc>
          <w:tcPr>
            <w:tcW w:type="dxa" w:w="1728"/>
          </w:tcPr>
          <w:p>
            <w:r>
              <w:rPr>
                <w:b/>
              </w:rPr>
              <w:t>₡[total]</w:t>
            </w:r>
          </w:p>
        </w:tc>
        <w:tc>
          <w:tcPr>
            <w:tcW w:type="dxa" w:w="1728"/>
          </w:tcPr>
          <w:p>
            <w:r>
              <w:rPr>
                <w:b/>
              </w:rPr>
              <w:t>₡0</w:t>
            </w:r>
          </w:p>
        </w:tc>
      </w:tr>
    </w:tbl>
    <w:p/>
    <w:p>
      <w:r>
        <w:rPr>
          <w:b w:val="0"/>
        </w:rPr>
        <w:t>Con el último pago la deuda quedó cancelada. No existe saldo pendiente por capital, intereses ni ningún otro cargo derivado de esa deuda, y no tengo nada más que reclamar por ese concepto.</w:t>
      </w:r>
    </w:p>
    <w:p>
      <w:r>
        <w:rPr>
          <w:b w:val="0"/>
        </w:rPr>
        <w:t>[Opcional: Con esta fecha devuelvo al deudor el original de la [letra de cambio / pagaré / documento] que firmó el [fecha] como respaldo de la deuda.]</w:t>
      </w:r>
    </w:p>
    <w:p>
      <w:r>
        <w:rPr>
          <w:b w:val="0"/>
        </w:rPr>
        <w:t>Extiendo la presente a solicitud del interesado, para los fines que estime convenientes.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</w:t>
            </w:r>
          </w:p>
        </w:tc>
        <w:tc>
          <w:tcPr>
            <w:tcW w:type="dxa" w:w="4320"/>
          </w:tcPr>
          <w:p>
            <w:r>
              <w:t>_______________________</w:t>
            </w:r>
          </w:p>
        </w:tc>
      </w:tr>
      <w:tr>
        <w:tc>
          <w:tcPr>
            <w:tcW w:type="dxa" w:w="4320"/>
          </w:tcPr>
          <w:p>
            <w:r>
              <w:t>[Nombre del acreedor] · Acreedor(a)</w:t>
            </w:r>
          </w:p>
        </w:tc>
        <w:tc>
          <w:tcPr>
            <w:tcW w:type="dxa" w:w="4320"/>
          </w:tcPr>
          <w:p>
            <w:r>
              <w:t>[Nombre del deudor] · Recibe conforme</w:t>
            </w:r>
          </w:p>
        </w:tc>
      </w:tr>
    </w:tbl>
    <w:p/>
    <w:p>
      <w:r>
        <w:rPr>
          <w:b w:val="0"/>
        </w:rPr>
        <w:t>Teléfono del acreedor para confirmar esta carta: [+506 0000 0000]</w:t>
      </w:r>
    </w:p>
    <w:p/>
    <w:p>
      <w:r>
        <w:rPr>
          <w:i/>
          <w:color w:val="6B7A79"/>
          <w:sz w:val="18"/>
        </w:rPr>
        <w:t>Cambia todo lo que está entre corchetes y borra esta nota antes de mandarlo. Versión Costa Rica. Copia cada pago de tu registro, con la fecha y el comprobante de SINPE o del banco. Si se pide con firma autenticada, eso lo hace un abogado y notario. Formato de makatea.ai/formatos/carta-de-cancelacion-de-deuda. No sustituye la asesoría de un abogado.</w:t>
      </w:r>
    </w:p>
    <w:p>
      <w:r>
        <w:br w:type="page"/>
      </w:r>
    </w:p>
    <w:p>
      <w:pPr>
        <w:jc w:val="right"/>
      </w:pPr>
      <w:r>
        <w:rPr>
          <w:b w:val="0"/>
        </w:rPr>
        <w:t>[Ciudad], Perú, [día] de [mes] de [año]</w:t>
      </w:r>
    </w:p>
    <w:p/>
    <w:p>
      <w:pPr>
        <w:jc w:val="center"/>
      </w:pPr>
      <w:r>
        <w:rPr>
          <w:b/>
        </w:rPr>
        <w:t>CARTA DE CANCELACIÓN DE DEUDA</w:t>
      </w:r>
    </w:p>
    <w:p/>
    <w:p>
      <w:r>
        <w:rPr>
          <w:b w:val="0"/>
        </w:rPr>
        <w:t>A quien interese:</w:t>
      </w:r>
    </w:p>
    <w:p>
      <w:r>
        <w:rPr>
          <w:b w:val="0"/>
        </w:rPr>
        <w:t>Yo, [nombre completo del acreedor], identificado(a) con DNI N° [00000000], con domicilio en [dirección, distrito, provincia], hago constar que [nombre completo del deudor], identificado(a) con DNI N° [00000000] canceló en su totalidad la deuda de S/ [monto] ([monto en letras] y 00/100 soles) que mantenía conmigo desde el [fecha] por concepto de [préstamo de dinero / venta a plazos de … / otro concepto], mediante los siguientes pagos: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Pago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Fecha</w:t>
            </w:r>
          </w:p>
        </w:tc>
        <w:tc>
          <w:tcPr>
            <w:tcW w:type="dxa" w:w="1728"/>
          </w:tcPr>
          <w:p>
            <w:r>
              <w:rPr>
                <w:b/>
              </w:rPr>
              <w:t>Forma de pago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Monto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Saldo después del pago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[fecha]</w:t>
            </w:r>
          </w:p>
        </w:tc>
        <w:tc>
          <w:tcPr>
            <w:tcW w:type="dxa" w:w="1728"/>
          </w:tcPr>
          <w:p>
            <w:r>
              <w:t>[Yape / Plin / transferencia / efectivo]</w:t>
            </w:r>
          </w:p>
        </w:tc>
        <w:tc>
          <w:tcPr>
            <w:tcW w:type="dxa" w:w="1728"/>
          </w:tcPr>
          <w:p>
            <w:r>
              <w:t>S/ [monto]</w:t>
            </w:r>
          </w:p>
        </w:tc>
        <w:tc>
          <w:tcPr>
            <w:tcW w:type="dxa" w:w="1728"/>
          </w:tcPr>
          <w:p>
            <w:r>
              <w:t>S/ [saldo]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[fecha]</w:t>
            </w:r>
          </w:p>
        </w:tc>
        <w:tc>
          <w:tcPr>
            <w:tcW w:type="dxa" w:w="1728"/>
          </w:tcPr>
          <w:p>
            <w:r>
              <w:t>[forma]</w:t>
            </w:r>
          </w:p>
        </w:tc>
        <w:tc>
          <w:tcPr>
            <w:tcW w:type="dxa" w:w="1728"/>
          </w:tcPr>
          <w:p>
            <w:r>
              <w:t>S/ [monto]</w:t>
            </w:r>
          </w:p>
        </w:tc>
        <w:tc>
          <w:tcPr>
            <w:tcW w:type="dxa" w:w="1728"/>
          </w:tcPr>
          <w:p>
            <w:r>
              <w:t>S/ [saldo]</w:t>
            </w:r>
          </w:p>
        </w:tc>
      </w:tr>
      <w:tr>
        <w:tc>
          <w:tcPr>
            <w:tcW w:type="dxa" w:w="1728"/>
          </w:tcPr>
          <w:p>
            <w:r>
              <w:t>[agrega o borra renglones]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rPr>
                <w:b/>
              </w:rPr>
              <w:t>Total pagado</w:t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</w:p>
        </w:tc>
        <w:tc>
          <w:tcPr>
            <w:tcW w:type="dxa" w:w="1728"/>
          </w:tcPr>
          <w:p>
            <w:r>
              <w:rPr>
                <w:b/>
              </w:rPr>
              <w:t>S/ [total]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S/ 0.00</w:t>
            </w:r>
          </w:p>
        </w:tc>
      </w:tr>
    </w:tbl>
    <w:p/>
    <w:p>
      <w:r>
        <w:rPr>
          <w:b w:val="0"/>
        </w:rPr>
        <w:t>Con el último pago la deuda quedó cancelada. No existe saldo pendiente por capital, intereses ni ningún otro cargo derivado de esa deuda, y no tengo nada más que reclamar por ese concepto.</w:t>
      </w:r>
    </w:p>
    <w:p>
      <w:r>
        <w:rPr>
          <w:b w:val="0"/>
        </w:rPr>
        <w:t>[Opcional: Con esta fecha devuelvo al deudor el original de la [letra de cambio / pagaré / documento] que firmó el [fecha] como respaldo de la deuda.]</w:t>
      </w:r>
    </w:p>
    <w:p>
      <w:r>
        <w:rPr>
          <w:b w:val="0"/>
        </w:rPr>
        <w:t>Extiendo la presente a solicitud del interesado, para los fines que estime convenientes.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</w:t>
            </w:r>
          </w:p>
        </w:tc>
        <w:tc>
          <w:tcPr>
            <w:tcW w:type="dxa" w:w="4320"/>
          </w:tcPr>
          <w:p>
            <w:r>
              <w:t>_______________________</w:t>
            </w:r>
          </w:p>
        </w:tc>
      </w:tr>
      <w:tr>
        <w:tc>
          <w:tcPr>
            <w:tcW w:type="dxa" w:w="4320"/>
          </w:tcPr>
          <w:p>
            <w:r>
              <w:t>[Nombre del acreedor] · Acreedor(a)</w:t>
            </w:r>
          </w:p>
        </w:tc>
        <w:tc>
          <w:tcPr>
            <w:tcW w:type="dxa" w:w="4320"/>
          </w:tcPr>
          <w:p>
            <w:r>
              <w:t>[Nombre del deudor] · Recibe conforme</w:t>
            </w:r>
          </w:p>
        </w:tc>
      </w:tr>
    </w:tbl>
    <w:p/>
    <w:p>
      <w:r>
        <w:rPr>
          <w:b w:val="0"/>
        </w:rPr>
        <w:t>Teléfono del acreedor para confirmar esta carta: [+51 900 000 000]</w:t>
      </w:r>
    </w:p>
    <w:p/>
    <w:p>
      <w:r>
        <w:rPr>
          <w:i/>
          <w:color w:val="6B7A79"/>
          <w:sz w:val="18"/>
        </w:rPr>
        <w:t>Cambia todo lo que está entre corchetes y borra esta nota antes de mandarlo. Versión Perú. Copia cada pago de tu registro, con su constancia de Yape, Plin o del banco. Si la carta se va a presentar ante un tercero, las firmas se pueden legalizar en una notaría. Formato de makatea.ai/formatos/carta-de-cancelacion-de-deuda. No sustituye la asesoría de un abogado.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