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[día] de [mes] de [año]</w:t>
      </w:r>
    </w:p>
    <w:p/>
    <w:p>
      <w:pPr>
        <w:spacing w:after="0"/>
      </w:pPr>
      <w:r>
        <w:rPr>
          <w:b w:val="0"/>
        </w:rPr>
        <w:t>Señor(a): [nombre del padre, madre o apoderado]</w:t>
      </w:r>
    </w:p>
    <w:p>
      <w:pPr>
        <w:spacing w:after="0"/>
      </w:pPr>
      <w:r>
        <w:rPr>
          <w:b w:val="0"/>
        </w:rPr>
        <w:t>Responsable de pago del estudiante [nombre completo], [grado y sección], nivel [inicial / primaria / secundaria]</w:t>
      </w:r>
    </w:p>
    <w:p>
      <w:pPr>
        <w:spacing w:after="0"/>
      </w:pPr>
      <w:r>
        <w:rPr>
          <w:b w:val="0"/>
        </w:rPr>
        <w:t>Presente.</w:t>
      </w:r>
    </w:p>
    <w:p/>
    <w:p>
      <w:r>
        <w:rPr>
          <w:b/>
        </w:rPr>
        <w:t>Asunto: pensiones de enseñanza pendientes del año escolar [2026]</w:t>
      </w:r>
    </w:p>
    <w:p>
      <w:r>
        <w:rPr>
          <w:b w:val="0"/>
        </w:rPr>
        <w:t>Estimado(a) [nombre]:</w:t>
      </w:r>
    </w:p>
    <w:p>
      <w:r>
        <w:rPr>
          <w:b w:val="0"/>
        </w:rPr>
        <w:t>[Nombre de la institución educativa privada] le saluda y le informa que, según nuestro registro con corte al [fecha de corte], están pendientes las siguientes pensiones de enseñanza de [nombre del estudiante]: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Mes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Vencimiento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Pensión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Descuento o beca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Pagado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440"/>
          </w:tcPr>
          <w:p>
            <w:r>
              <w:t>[Agosto]</w:t>
            </w:r>
          </w:p>
        </w:tc>
        <w:tc>
          <w:tcPr>
            <w:tcW w:type="dxa" w:w="1440"/>
          </w:tcPr>
          <w:p>
            <w:r>
              <w:t>[31/08/2026]</w:t>
            </w:r>
          </w:p>
        </w:tc>
        <w:tc>
          <w:tcPr>
            <w:tcW w:type="dxa" w:w="1440"/>
          </w:tcPr>
          <w:p>
            <w:r>
              <w:t>S/ [monto]</w:t>
            </w:r>
          </w:p>
        </w:tc>
        <w:tc>
          <w:tcPr>
            <w:tcW w:type="dxa" w:w="1440"/>
          </w:tcPr>
          <w:p>
            <w:r>
              <w:t>S/ [monto]</w:t>
            </w:r>
          </w:p>
        </w:tc>
        <w:tc>
          <w:tcPr>
            <w:tcW w:type="dxa" w:w="1440"/>
          </w:tcPr>
          <w:p>
            <w:r>
              <w:t>S/ [pagado]</w:t>
            </w:r>
          </w:p>
        </w:tc>
        <w:tc>
          <w:tcPr>
            <w:tcW w:type="dxa" w:w="1440"/>
          </w:tcPr>
          <w:p>
            <w:r>
              <w:t>S/ [saldo]</w:t>
            </w:r>
          </w:p>
        </w:tc>
      </w:tr>
      <w:tr>
        <w:tc>
          <w:tcPr>
            <w:tcW w:type="dxa" w:w="1440"/>
          </w:tcPr>
          <w:p>
            <w:r>
              <w:t>[Septiembre]</w:t>
            </w:r>
          </w:p>
        </w:tc>
        <w:tc>
          <w:tcPr>
            <w:tcW w:type="dxa" w:w="1440"/>
          </w:tcPr>
          <w:p>
            <w:r>
              <w:t>[30/09/2026]</w:t>
            </w:r>
          </w:p>
        </w:tc>
        <w:tc>
          <w:tcPr>
            <w:tcW w:type="dxa" w:w="1440"/>
          </w:tcPr>
          <w:p>
            <w:r>
              <w:t>S/ [monto]</w:t>
            </w:r>
          </w:p>
        </w:tc>
        <w:tc>
          <w:tcPr>
            <w:tcW w:type="dxa" w:w="1440"/>
          </w:tcPr>
          <w:p>
            <w:r>
              <w:t>S/ [monto]</w:t>
            </w:r>
          </w:p>
        </w:tc>
        <w:tc>
          <w:tcPr>
            <w:tcW w:type="dxa" w:w="1440"/>
          </w:tcPr>
          <w:p>
            <w:r>
              <w:t>S/ [pagado]</w:t>
            </w:r>
          </w:p>
        </w:tc>
        <w:tc>
          <w:tcPr>
            <w:tcW w:type="dxa" w:w="1440"/>
          </w:tcPr>
          <w:p>
            <w:r>
              <w:t>S/ [saldo]</w:t>
            </w:r>
          </w:p>
        </w:tc>
      </w:tr>
      <w:tr>
        <w:tc>
          <w:tcPr>
            <w:tcW w:type="dxa" w:w="1440"/>
          </w:tcPr>
          <w:p>
            <w:r>
              <w:t>[Octubre]</w:t>
            </w:r>
          </w:p>
        </w:tc>
        <w:tc>
          <w:tcPr>
            <w:tcW w:type="dxa" w:w="1440"/>
          </w:tcPr>
          <w:p>
            <w:r>
              <w:t>[31/10/2026]</w:t>
            </w:r>
          </w:p>
        </w:tc>
        <w:tc>
          <w:tcPr>
            <w:tcW w:type="dxa" w:w="1440"/>
          </w:tcPr>
          <w:p>
            <w:r>
              <w:t>S/ [monto]</w:t>
            </w:r>
          </w:p>
        </w:tc>
        <w:tc>
          <w:tcPr>
            <w:tcW w:type="dxa" w:w="1440"/>
          </w:tcPr>
          <w:p>
            <w:r>
              <w:t>S/ [monto]</w:t>
            </w:r>
          </w:p>
        </w:tc>
        <w:tc>
          <w:tcPr>
            <w:tcW w:type="dxa" w:w="1440"/>
          </w:tcPr>
          <w:p>
            <w:r>
              <w:t>S/ [pagado]</w:t>
            </w:r>
          </w:p>
        </w:tc>
        <w:tc>
          <w:tcPr>
            <w:tcW w:type="dxa" w:w="1440"/>
          </w:tcPr>
          <w:p>
            <w:r>
              <w:t>S/ [saldo]</w:t>
            </w:r>
          </w:p>
        </w:tc>
      </w:tr>
      <w:tr>
        <w:tc>
          <w:tcPr>
            <w:tcW w:type="dxa" w:w="1440"/>
          </w:tcPr>
          <w:p>
            <w:r>
              <w:rPr>
                <w:b/>
              </w:rPr>
              <w:t>Total pendiente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</w:p>
        </w:tc>
        <w:tc>
          <w:tcPr>
            <w:tcW w:type="dxa" w:w="1440"/>
          </w:tcPr>
          <w:p>
            <w:r>
              <w:rPr>
                <w:b/>
              </w:rPr>
              <w:t>S/ [total]</w:t>
            </w:r>
          </w:p>
        </w:tc>
      </w:tr>
    </w:tbl>
    <w:p/>
    <w:p>
      <w:r>
        <w:rPr>
          <w:b w:val="0"/>
        </w:rPr>
        <w:t>Le pedimos regularizar el saldo a más tardar el [fecha]. Puede pagar en [banco], en ventanilla, agente o banca por internet, con el código del estudiante [código]; por transferencia a la cuenta en soles N° [número], CCI [20 dígitos], a nombre de [titular]; [o por Yape al +51 [9 dígitos] a nombre de [titular]]. Si paga por transferencia o Yape, envíe la constancia a [correo] o al WhatsApp +51 [9 dígitos] para aplicarla.</w:t>
      </w:r>
    </w:p>
    <w:p>
      <w:r>
        <w:rPr>
          <w:b w:val="0"/>
        </w:rPr>
        <w:t>Si le conviene cubrirlo por partes, podemos acordar un cronograma de pagos. Para ello le invitamos a comunicarse con [nombre], de [administración / tesorería], al +51 [número] o a [correo], de [horario], o a acercarse a la oficina en ese horario.</w:t>
      </w:r>
    </w:p>
    <w:p>
      <w:r>
        <w:rPr>
          <w:b w:val="0"/>
        </w:rPr>
        <w:t>Si ya realizó el pago, le pedimos disculpas por esta comunicación y le agradecemos enviarnos la constancia.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[Administración / Tesorería]</w:t>
      </w:r>
    </w:p>
    <w:p>
      <w:pPr>
        <w:spacing w:after="0"/>
      </w:pPr>
      <w:r>
        <w:rPr>
          <w:b w:val="0"/>
        </w:rPr>
        <w:t>[Nombre de la institución educativa]</w:t>
      </w:r>
    </w:p>
    <w:p>
      <w:pPr>
        <w:spacing w:after="0"/>
      </w:pPr>
      <w:r>
        <w:rPr>
          <w:b w:val="0"/>
        </w:rPr>
        <w:t>+51 [número] · [correo]</w:t>
      </w:r>
    </w:p>
    <w:p/>
    <w:p>
      <w:r>
        <w:rPr>
          <w:i/>
          <w:color w:val="6B7A79"/>
          <w:sz w:val="18"/>
        </w:rPr>
        <w:t>Cambia todo lo que está entre corchetes y borra esta nota antes de mandarlo. Primera carta. Copia los montos del control de pensiones del año. Se entrega al padre, madre o apoderado en sobre cerrado o por correo, nunca por medio del estudiante ni en el aula. Formato de makatea.ai/formatos/carta-de-cobranza-de-pensiones-escolares. No sustituye la asesoría de un abogado.</w:t>
      </w:r>
    </w:p>
    <w:p>
      <w:r>
        <w:br w:type="page"/>
      </w:r>
    </w:p>
    <w:p>
      <w:pPr>
        <w:jc w:val="right"/>
      </w:pPr>
      <w:r>
        <w:rPr>
          <w:b w:val="0"/>
        </w:rPr>
        <w:t>[Ciudad], [día] de [mes] de [año]</w:t>
      </w:r>
    </w:p>
    <w:p/>
    <w:p>
      <w:pPr>
        <w:spacing w:after="0"/>
      </w:pPr>
      <w:r>
        <w:rPr>
          <w:b w:val="0"/>
        </w:rPr>
        <w:t>Señor(a): [nombre del padre, madre o apoderado]</w:t>
      </w:r>
    </w:p>
    <w:p>
      <w:pPr>
        <w:spacing w:after="0"/>
      </w:pPr>
      <w:r>
        <w:rPr>
          <w:b w:val="0"/>
        </w:rPr>
        <w:t>Responsable de pago del estudiante [nombre completo], [grado y sección]</w:t>
      </w:r>
    </w:p>
    <w:p>
      <w:pPr>
        <w:spacing w:after="0"/>
      </w:pPr>
      <w:r>
        <w:rPr>
          <w:b w:val="0"/>
        </w:rPr>
        <w:t>Presente.</w:t>
      </w:r>
    </w:p>
    <w:p/>
    <w:p>
      <w:r>
        <w:rPr>
          <w:b/>
        </w:rPr>
        <w:t>Asunto: propuesta de cronograma para las pensiones pendientes</w:t>
      </w:r>
    </w:p>
    <w:p>
      <w:r>
        <w:rPr>
          <w:b w:val="0"/>
        </w:rPr>
        <w:t>Estimado(a) [nombre]:</w:t>
      </w:r>
    </w:p>
    <w:p>
      <w:r>
        <w:rPr>
          <w:b w:val="0"/>
        </w:rPr>
        <w:t>El [fecha de la primera carta] le informamos que estaban pendientes las pensiones de [meses], por un total de S/ [total]. A la fecha no hemos registrado el pago, por lo que le proponemos este cronograma para ponerse al día sin tener que cubrir todo de una vez: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Cuota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Saldo después de la cuota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S/ [monto]</w:t>
            </w:r>
          </w:p>
        </w:tc>
        <w:tc>
          <w:tcPr>
            <w:tcW w:type="dxa" w:w="2160"/>
          </w:tcPr>
          <w:p>
            <w:r>
              <w:t>S/ [saldo]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S/ [monto]</w:t>
            </w:r>
          </w:p>
        </w:tc>
        <w:tc>
          <w:tcPr>
            <w:tcW w:type="dxa" w:w="2160"/>
          </w:tcPr>
          <w:p>
            <w:r>
              <w:t>S/ [saldo]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S/ [monto]</w:t>
            </w:r>
          </w:p>
        </w:tc>
        <w:tc>
          <w:tcPr>
            <w:tcW w:type="dxa" w:w="2160"/>
          </w:tcPr>
          <w:p>
            <w:r>
              <w:t>S/ 0.00</w:t>
            </w:r>
          </w:p>
        </w:tc>
      </w:tr>
    </w:tbl>
    <w:p/>
    <w:p>
      <w:r>
        <w:rPr>
          <w:b w:val="0"/>
        </w:rPr>
        <w:t>Las cuotas se suman a la pensión de cada mes, que sigue venciendo en su fecha. Si este cronograma no se ajusta a sus posibilidades, díganos qué fechas y montos le funcionan y lo revisamos. Le pedimos responder a más tardar el [fecha].</w:t>
      </w:r>
    </w:p>
    <w:p>
      <w:r>
        <w:rPr>
          <w:b w:val="0"/>
        </w:rPr>
        <w:t>Los canales de pago son los mismos de la carta anterior.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[Administración / Tesorería]</w:t>
      </w:r>
    </w:p>
    <w:p>
      <w:pPr>
        <w:spacing w:after="0"/>
      </w:pPr>
      <w:r>
        <w:rPr>
          <w:b w:val="0"/>
        </w:rPr>
        <w:t>[Nombre de la institución educativa]</w:t>
      </w:r>
    </w:p>
    <w:p>
      <w:pPr>
        <w:spacing w:after="0"/>
      </w:pPr>
      <w:r>
        <w:rPr>
          <w:b w:val="0"/>
        </w:rPr>
        <w:t>+51 [número] · [correo]</w:t>
      </w:r>
    </w:p>
    <w:p/>
    <w:p>
      <w:r>
        <w:rPr>
          <w:i/>
          <w:color w:val="6B7A79"/>
          <w:sz w:val="18"/>
        </w:rPr>
        <w:t>Cambia todo lo que está entre corchetes y borra esta nota antes de mandarlo. Carta de seguimiento, unos 15 días después de la primera. El cronograma aceptado se deja por escrito con la firma del padre, madre o apoderado. Formato de makatea.ai/formatos/carta-de-cobranza-de-pensiones-escolares.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