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 w:val="0"/>
        </w:rPr>
        <w:t>[Ciudad], a [día] de [mes] de [año].</w:t>
      </w:r>
    </w:p>
    <w:p/>
    <w:p>
      <w:pPr>
        <w:spacing w:after="0"/>
      </w:pPr>
      <w:r>
        <w:rPr>
          <w:b w:val="0"/>
        </w:rPr>
        <w:t>[Nombre del cliente]</w:t>
      </w:r>
    </w:p>
    <w:p>
      <w:pPr>
        <w:spacing w:after="0"/>
      </w:pPr>
      <w:r>
        <w:rPr>
          <w:b w:val="0"/>
        </w:rPr>
        <w:t>[Empresa, si aplica]</w:t>
      </w:r>
    </w:p>
    <w:p/>
    <w:p>
      <w:r>
        <w:rPr>
          <w:b/>
        </w:rPr>
        <w:t>Asunto: un pendiente de [mes]</w:t>
      </w:r>
    </w:p>
    <w:p>
      <w:r>
        <w:rPr>
          <w:b w:val="0"/>
        </w:rPr>
        <w:t>Hola, [nombre]:</w:t>
      </w:r>
    </w:p>
    <w:p>
      <w:r>
        <w:rPr>
          <w:b w:val="0"/>
        </w:rPr>
        <w:t>Te escribo porque en nuestro registro aparece pendiente el pago de [concepto] de [mes], por $[monto]. Como siempre has estado al corriente, lo más probable es que se haya pasado o que el pago esté en camino.</w:t>
      </w:r>
    </w:p>
    <w:p>
      <w:r>
        <w:rPr>
          <w:b w:val="0"/>
        </w:rPr>
        <w:t>Si ya lo hiciste, mándame el comprobante a [correo o WhatsApp] y lo registro hoy mismo. Si prefieres pagar ahora, los datos son: [banco], cuenta CLABE [CLABE] a nombre de [titular], con la referencia [referencia].</w:t>
      </w:r>
    </w:p>
    <w:p>
      <w:r>
        <w:rPr>
          <w:b w:val="0"/>
        </w:rPr>
        <w:t>Y si este mes se complicó, dime qué fecha te queda bien. Prefiero acordarla contigo a mandarte recordatorios.</w:t>
      </w:r>
    </w:p>
    <w:p>
      <w:r>
        <w:rPr>
          <w:b w:val="0"/>
        </w:rPr>
        <w:t>Gracias por la confianza de [tiempo como cliente: estos dos años, desde que empezamos].</w:t>
      </w:r>
    </w:p>
    <w:p/>
    <w:p>
      <w:r>
        <w:rPr>
          <w:b w:val="0"/>
        </w:rPr>
        <w:t>Un saludo cordial,</w:t>
      </w:r>
    </w:p>
    <w:p/>
    <w:p>
      <w:r>
        <w:rPr>
          <w:b w:val="0"/>
        </w:rPr>
        <w:t>_______________________________</w:t>
      </w:r>
    </w:p>
    <w:p>
      <w:pPr>
        <w:spacing w:after="0"/>
      </w:pPr>
      <w:r>
        <w:rPr>
          <w:b w:val="0"/>
        </w:rPr>
        <w:t>[Tu nombre]</w:t>
      </w:r>
    </w:p>
    <w:p>
      <w:pPr>
        <w:spacing w:after="0"/>
      </w:pPr>
      <w:r>
        <w:rPr>
          <w:b w:val="0"/>
        </w:rPr>
        <w:t>[Nombre del negocio]</w:t>
      </w:r>
    </w:p>
    <w:p>
      <w:pPr>
        <w:spacing w:after="0"/>
      </w:pPr>
      <w:r>
        <w:rPr>
          <w:b w:val="0"/>
        </w:rPr>
        <w:t>[Teléfono o WhatsApp]</w:t>
      </w:r>
    </w:p>
    <w:p>
      <w:r>
        <w:br w:type="page"/>
      </w:r>
    </w:p>
    <w:p>
      <w:pPr>
        <w:jc w:val="right"/>
      </w:pPr>
      <w:r>
        <w:rPr>
          <w:b w:val="0"/>
        </w:rPr>
        <w:t>[Ciudad], a [día] de [mes] de [año].</w:t>
      </w:r>
    </w:p>
    <w:p/>
    <w:p>
      <w:pPr>
        <w:spacing w:after="0"/>
      </w:pPr>
      <w:r>
        <w:rPr>
          <w:b w:val="0"/>
        </w:rPr>
        <w:t>[Nombre del cliente]</w:t>
      </w:r>
    </w:p>
    <w:p>
      <w:pPr>
        <w:spacing w:after="0"/>
      </w:pPr>
      <w:r>
        <w:rPr>
          <w:b w:val="0"/>
        </w:rPr>
        <w:t>[Empresa, si aplica]</w:t>
      </w:r>
    </w:p>
    <w:p/>
    <w:p>
      <w:r>
        <w:rPr>
          <w:b/>
        </w:rPr>
        <w:t>Asunto: el pago de [trabajo o servicio entregado]</w:t>
      </w:r>
    </w:p>
    <w:p>
      <w:r>
        <w:rPr>
          <w:b w:val="0"/>
        </w:rPr>
        <w:t>Hola, [nombre]:</w:t>
      </w:r>
    </w:p>
    <w:p>
      <w:r>
        <w:rPr>
          <w:b w:val="0"/>
        </w:rPr>
        <w:t>Espero que [el trabajo, el servicio, el pedido] haya quedado como lo necesitabas. Te escribo para recordarte que el pago de $[monto], que acordamos para el [fecha acordada], todavía no me llega.</w:t>
      </w:r>
    </w:p>
    <w:p>
      <w:r>
        <w:rPr>
          <w:b w:val="0"/>
        </w:rPr>
        <w:t>Te dejo los datos para que lo tengas a la mano: [banco], cuenta CLABE [CLABE] a nombre de [titular]. Si necesitas la factura o algún dato para darlo de alta con tu área de pagos, dime y te lo mando hoy.</w:t>
      </w:r>
    </w:p>
    <w:p>
      <w:r>
        <w:rPr>
          <w:b w:val="0"/>
        </w:rPr>
        <w:t>Si hay algo del trabajo que quieras revisar antes de pagar, también me sirve saberlo.</w:t>
      </w:r>
    </w:p>
    <w:p/>
    <w:p>
      <w:r>
        <w:rPr>
          <w:b w:val="0"/>
        </w:rPr>
        <w:t>Un saludo cordial,</w:t>
      </w:r>
    </w:p>
    <w:p/>
    <w:p>
      <w:r>
        <w:rPr>
          <w:b w:val="0"/>
        </w:rPr>
        <w:t>_______________________________</w:t>
      </w:r>
    </w:p>
    <w:p>
      <w:pPr>
        <w:spacing w:after="0"/>
      </w:pPr>
      <w:r>
        <w:rPr>
          <w:b w:val="0"/>
        </w:rPr>
        <w:t>[Tu nombre]</w:t>
      </w:r>
    </w:p>
    <w:p>
      <w:pPr>
        <w:spacing w:after="0"/>
      </w:pPr>
      <w:r>
        <w:rPr>
          <w:b w:val="0"/>
        </w:rPr>
        <w:t>[Nombre del negocio]</w:t>
      </w:r>
    </w:p>
    <w:p>
      <w:pPr>
        <w:spacing w:after="0"/>
      </w:pPr>
      <w:r>
        <w:rPr>
          <w:b w:val="0"/>
        </w:rPr>
        <w:t>[Teléfono o WhatsApp]</w:t>
      </w:r>
    </w:p>
    <w:p>
      <w:r>
        <w:br w:type="page"/>
      </w:r>
    </w:p>
    <w:p>
      <w:pPr>
        <w:jc w:val="right"/>
      </w:pPr>
      <w:r>
        <w:rPr>
          <w:b w:val="0"/>
        </w:rPr>
        <w:t>[Ciudad], a [día] de [mes] de [año].</w:t>
      </w:r>
    </w:p>
    <w:p/>
    <w:p>
      <w:pPr>
        <w:spacing w:after="0"/>
      </w:pPr>
      <w:r>
        <w:rPr>
          <w:b w:val="0"/>
        </w:rPr>
        <w:t>[Nombre del cliente]</w:t>
      </w:r>
    </w:p>
    <w:p>
      <w:pPr>
        <w:spacing w:after="0"/>
      </w:pPr>
      <w:r>
        <w:rPr>
          <w:b w:val="0"/>
        </w:rPr>
        <w:t>[Empresa, si aplica]</w:t>
      </w:r>
    </w:p>
    <w:p/>
    <w:p>
      <w:r>
        <w:rPr>
          <w:b/>
        </w:rPr>
        <w:t>Asunto: lo que quedó pendiente</w:t>
      </w:r>
    </w:p>
    <w:p>
      <w:r>
        <w:rPr>
          <w:b w:val="0"/>
        </w:rPr>
        <w:t>Hola, [nombre]:</w:t>
      </w:r>
    </w:p>
    <w:p>
      <w:r>
        <w:rPr>
          <w:b w:val="0"/>
        </w:rPr>
        <w:t>Te mando esta nota porque no quiero que lo pendiente se nos quede en el aire. Según mis cuentas quedan $[monto] de [concepto], y el último abono que tengo anotado es del [fecha del último abono].</w:t>
      </w:r>
    </w:p>
    <w:p>
      <w:r>
        <w:rPr>
          <w:b w:val="0"/>
        </w:rPr>
        <w:t>No hay prisa de un día para otro. Sólo te pido que me digas cuándo puedes cubrirlo, completo o en partes, para anotarlo y no tener que estarte preguntando.</w:t>
      </w:r>
    </w:p>
    <w:p>
      <w:r>
        <w:rPr>
          <w:b w:val="0"/>
        </w:rPr>
        <w:t>Si tus cuentas no coinciden con las mías, mándame lo que tienes y lo revisamos juntos.</w:t>
      </w:r>
    </w:p>
    <w:p/>
    <w:p>
      <w:r>
        <w:rPr>
          <w:b w:val="0"/>
        </w:rPr>
        <w:t>Un saludo cordial,</w:t>
      </w:r>
    </w:p>
    <w:p/>
    <w:p>
      <w:r>
        <w:rPr>
          <w:b w:val="0"/>
        </w:rPr>
        <w:t>_______________________________</w:t>
      </w:r>
    </w:p>
    <w:p>
      <w:pPr>
        <w:spacing w:after="0"/>
      </w:pPr>
      <w:r>
        <w:rPr>
          <w:b w:val="0"/>
        </w:rPr>
        <w:t>[Tu nombre]</w:t>
      </w:r>
    </w:p>
    <w:p>
      <w:pPr>
        <w:spacing w:after="0"/>
      </w:pPr>
      <w:r>
        <w:rPr>
          <w:b w:val="0"/>
        </w:rPr>
        <w:t>[Nombre del negocio]</w:t>
      </w:r>
    </w:p>
    <w:p>
      <w:pPr>
        <w:spacing w:after="0"/>
      </w:pPr>
      <w:r>
        <w:rPr>
          <w:b w:val="0"/>
        </w:rPr>
        <w:t>[Teléfono o WhatsApp]</w:t>
      </w:r>
    </w:p>
    <w:p/>
    <w:p>
      <w:r>
        <w:rPr>
          <w:i/>
          <w:color w:val="6B7A79"/>
          <w:sz w:val="18"/>
        </w:rPr>
        <w:t>Tres versiones: cliente de años que se atrasó, trabajo ya entregado y saldo pendiente entre personas que se conocen. Usa la que aplique y borra las otras dos. Cambia lo que está entre corchetes y borra esta nota. Si esta carta no tiene respuesta en una o dos semanas, lo que sigue es la carta de cobro con tabla y fecha límite. Formato de makatea.ai/formatos/carta-de-cobro-amistosa.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