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[día] de [mes] de [año]</w:t>
      </w:r>
    </w:p>
    <w:p/>
    <w:p>
      <w:pPr>
        <w:spacing w:after="0"/>
      </w:pPr>
      <w:r>
        <w:rPr>
          <w:b w:val="0"/>
        </w:rPr>
        <w:t>Señor(a)</w:t>
      </w:r>
    </w:p>
    <w:p>
      <w:pPr>
        <w:spacing w:after="0"/>
      </w:pPr>
      <w:r>
        <w:rPr>
          <w:b w:val="0"/>
        </w:rPr>
        <w:t>[Nombre completo del arrendatario(a)]</w:t>
      </w:r>
    </w:p>
    <w:p>
      <w:pPr>
        <w:spacing w:after="0"/>
      </w:pPr>
      <w:r>
        <w:rPr>
          <w:b w:val="0"/>
        </w:rPr>
        <w:t>C.C. [número]</w:t>
      </w:r>
    </w:p>
    <w:p>
      <w:pPr>
        <w:spacing w:after="0"/>
      </w:pPr>
      <w:r>
        <w:rPr>
          <w:b w:val="0"/>
        </w:rPr>
        <w:t>[Dirección del inmueble arrendado]</w:t>
      </w:r>
    </w:p>
    <w:p>
      <w:pPr>
        <w:spacing w:after="0"/>
      </w:pPr>
      <w:r>
        <w:rPr>
          <w:b w:val="0"/>
        </w:rPr>
        <w:t>[Ciudad]</w:t>
      </w:r>
    </w:p>
    <w:p/>
    <w:p>
      <w:r>
        <w:rPr>
          <w:b/>
        </w:rPr>
        <w:t>Asunto: canon de arrendamiento pendiente</w:t>
      </w:r>
    </w:p>
    <w:p>
      <w:r>
        <w:rPr>
          <w:b w:val="0"/>
        </w:rPr>
        <w:t>Respetado(a) señor(a) [apellido]:</w:t>
      </w:r>
    </w:p>
    <w:p>
      <w:r>
        <w:rPr>
          <w:b w:val="0"/>
        </w:rPr>
        <w:t>Le escribimos para recordarle que, con corte al [fecha de corte], el arriendo del inmueble ubicado en [dirección] registra los siguientes valores pendientes, conforme al contrato de arrendamiento firmado el [fecha del contrato]: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Mes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Fecha de pago pactada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Canon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Abonado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728"/>
          </w:tcPr>
          <w:p>
            <w:r>
              <w:t>[mes y año]</w:t>
            </w:r>
          </w:p>
        </w:tc>
        <w:tc>
          <w:tcPr>
            <w:tcW w:type="dxa" w:w="1728"/>
          </w:tcPr>
          <w:p>
            <w:r>
              <w:t>[fecha]</w:t>
            </w:r>
          </w:p>
        </w:tc>
        <w:tc>
          <w:tcPr>
            <w:tcW w:type="dxa" w:w="1728"/>
          </w:tcPr>
          <w:p>
            <w:r>
              <w:t>$[canon]</w:t>
            </w:r>
          </w:p>
        </w:tc>
        <w:tc>
          <w:tcPr>
            <w:tcW w:type="dxa" w:w="1728"/>
          </w:tcPr>
          <w:p>
            <w:r>
              <w:t>$[abonado]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</w:tr>
      <w:tr>
        <w:tc>
          <w:tcPr>
            <w:tcW w:type="dxa" w:w="1728"/>
          </w:tcPr>
          <w:p>
            <w:r>
              <w:t>[mes y año]</w:t>
            </w:r>
          </w:p>
        </w:tc>
        <w:tc>
          <w:tcPr>
            <w:tcW w:type="dxa" w:w="1728"/>
          </w:tcPr>
          <w:p>
            <w:r>
              <w:t>[fecha]</w:t>
            </w:r>
          </w:p>
        </w:tc>
        <w:tc>
          <w:tcPr>
            <w:tcW w:type="dxa" w:w="1728"/>
          </w:tcPr>
          <w:p>
            <w:r>
              <w:t>$[canon]</w:t>
            </w:r>
          </w:p>
        </w:tc>
        <w:tc>
          <w:tcPr>
            <w:tcW w:type="dxa" w:w="1728"/>
          </w:tcPr>
          <w:p>
            <w:r>
              <w:t>$[abonado]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</w:tr>
      <w:tr>
        <w:tc>
          <w:tcPr>
            <w:tcW w:type="dxa" w:w="1728"/>
          </w:tcPr>
          <w:p>
            <w:r>
              <w:rPr>
                <w:b/>
              </w:rPr>
              <w:t>Total pendiente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  <w:t>$[total]</w:t>
            </w:r>
          </w:p>
        </w:tc>
      </w:tr>
    </w:tbl>
    <w:p/>
    <w:p>
      <w:r>
        <w:rPr>
          <w:b w:val="0"/>
        </w:rPr>
        <w:t>Puede pagar por consignación o transferencia a la cuenta de [ahorros / corriente] No. [número] de [banco], a nombre de [titular], C.C. [número], con la referencia [dirección o número del inmueble]. Si ya pagó, le agradezco enviarme el comprobante a [correo] o al WhatsApp +57 [número] para registrarlo y enviarle su recibo.</w:t>
      </w:r>
    </w:p>
    <w:p>
      <w:r>
        <w:rPr>
          <w:b w:val="0"/>
        </w:rPr>
        <w:t>Si necesita pagar en partes, escríbame antes del [fecha] y revisamos una fecha o un acuerdo que le funcione.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del arrendador(a)]</w:t>
      </w:r>
    </w:p>
    <w:p>
      <w:pPr>
        <w:spacing w:after="0"/>
      </w:pPr>
      <w:r>
        <w:rPr>
          <w:b w:val="0"/>
        </w:rPr>
        <w:t>C.C. [número]</w:t>
      </w:r>
    </w:p>
    <w:p>
      <w:pPr>
        <w:spacing w:after="0"/>
      </w:pPr>
      <w:r>
        <w:rPr>
          <w:b w:val="0"/>
        </w:rPr>
        <w:t>+57 [teléfono] · [correo]</w:t>
      </w:r>
    </w:p>
    <w:p/>
    <w:p>
      <w:r>
        <w:rPr>
          <w:i/>
          <w:color w:val="6B7A79"/>
          <w:sz w:val="18"/>
        </w:rPr>
        <w:t>Cambia todo lo que está entre corchetes y borra esta nota antes de mandarlo. Primer aviso: mándalo pocos días después de la fecha de pago pactada. Formato de makatea.ai/formatos/carta-de-cobro-de-arriendo. No sustituye la asesoría de un abogado.</w:t>
      </w:r>
    </w:p>
    <w:p>
      <w:r>
        <w:br w:type="page"/>
      </w:r>
    </w:p>
    <w:p>
      <w:pPr>
        <w:jc w:val="right"/>
      </w:pPr>
      <w:r>
        <w:rPr>
          <w:b w:val="0"/>
        </w:rPr>
        <w:t>[Ciudad], [día] de [mes] de [año]</w:t>
      </w:r>
    </w:p>
    <w:p/>
    <w:p>
      <w:pPr>
        <w:spacing w:after="0"/>
      </w:pPr>
      <w:r>
        <w:rPr>
          <w:b w:val="0"/>
        </w:rPr>
        <w:t>Señor(a)</w:t>
      </w:r>
    </w:p>
    <w:p>
      <w:pPr>
        <w:spacing w:after="0"/>
      </w:pPr>
      <w:r>
        <w:rPr>
          <w:b w:val="0"/>
        </w:rPr>
        <w:t>[Nombre completo del arrendatario(a)]</w:t>
      </w:r>
    </w:p>
    <w:p>
      <w:pPr>
        <w:spacing w:after="0"/>
      </w:pPr>
      <w:r>
        <w:rPr>
          <w:b w:val="0"/>
        </w:rPr>
        <w:t>C.C. [número]</w:t>
      </w:r>
    </w:p>
    <w:p>
      <w:pPr>
        <w:spacing w:after="0"/>
      </w:pPr>
      <w:r>
        <w:rPr>
          <w:b w:val="0"/>
        </w:rPr>
        <w:t>[Dirección del inmueble arrendado]</w:t>
      </w:r>
    </w:p>
    <w:p>
      <w:pPr>
        <w:spacing w:after="0"/>
      </w:pPr>
      <w:r>
        <w:rPr>
          <w:b w:val="0"/>
        </w:rPr>
        <w:t>[Ciudad]</w:t>
      </w:r>
    </w:p>
    <w:p/>
    <w:p>
      <w:r>
        <w:rPr>
          <w:b/>
        </w:rPr>
        <w:t>Asunto: segundo aviso de arriendo atrasado</w:t>
      </w:r>
    </w:p>
    <w:p>
      <w:r>
        <w:rPr>
          <w:b w:val="0"/>
        </w:rPr>
        <w:t>Respetado(a) señor(a) [apellido]:</w:t>
      </w:r>
    </w:p>
    <w:p>
      <w:r>
        <w:rPr>
          <w:b w:val="0"/>
        </w:rPr>
        <w:t>El [fecha del primer aviso] le informé del saldo pendiente del arriendo del inmueble ubicado en [dirección]. Con corte al [fecha de corte], el saldo es el siguiente: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Mes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Canon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Abonado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Saldo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Días de atraso</w:t>
            </w:r>
          </w:p>
        </w:tc>
      </w:tr>
      <w:tr>
        <w:tc>
          <w:tcPr>
            <w:tcW w:type="dxa" w:w="1728"/>
          </w:tcPr>
          <w:p>
            <w:r>
              <w:t>[mes y año]</w:t>
            </w:r>
          </w:p>
        </w:tc>
        <w:tc>
          <w:tcPr>
            <w:tcW w:type="dxa" w:w="1728"/>
          </w:tcPr>
          <w:p>
            <w:r>
              <w:t>$[canon]</w:t>
            </w:r>
          </w:p>
        </w:tc>
        <w:tc>
          <w:tcPr>
            <w:tcW w:type="dxa" w:w="1728"/>
          </w:tcPr>
          <w:p>
            <w:r>
              <w:t>$[abonado]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  <w:tc>
          <w:tcPr>
            <w:tcW w:type="dxa" w:w="1728"/>
          </w:tcPr>
          <w:p>
            <w:r>
              <w:t>[días]</w:t>
            </w:r>
          </w:p>
        </w:tc>
      </w:tr>
      <w:tr>
        <w:tc>
          <w:tcPr>
            <w:tcW w:type="dxa" w:w="1728"/>
          </w:tcPr>
          <w:p>
            <w:r>
              <w:t>[mes y año]</w:t>
            </w:r>
          </w:p>
        </w:tc>
        <w:tc>
          <w:tcPr>
            <w:tcW w:type="dxa" w:w="1728"/>
          </w:tcPr>
          <w:p>
            <w:r>
              <w:t>$[canon]</w:t>
            </w:r>
          </w:p>
        </w:tc>
        <w:tc>
          <w:tcPr>
            <w:tcW w:type="dxa" w:w="1728"/>
          </w:tcPr>
          <w:p>
            <w:r>
              <w:t>$[abonado]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  <w:tc>
          <w:tcPr>
            <w:tcW w:type="dxa" w:w="1728"/>
          </w:tcPr>
          <w:p>
            <w:r>
              <w:t>[días]</w:t>
            </w:r>
          </w:p>
        </w:tc>
      </w:tr>
      <w:tr>
        <w:tc>
          <w:tcPr>
            <w:tcW w:type="dxa" w:w="1728"/>
          </w:tcPr>
          <w:p>
            <w:r>
              <w:t>[mes y año]</w:t>
            </w:r>
          </w:p>
        </w:tc>
        <w:tc>
          <w:tcPr>
            <w:tcW w:type="dxa" w:w="1728"/>
          </w:tcPr>
          <w:p>
            <w:r>
              <w:t>$[canon]</w:t>
            </w:r>
          </w:p>
        </w:tc>
        <w:tc>
          <w:tcPr>
            <w:tcW w:type="dxa" w:w="1728"/>
          </w:tcPr>
          <w:p>
            <w:r>
              <w:t>$[abonado]</w:t>
            </w:r>
          </w:p>
        </w:tc>
        <w:tc>
          <w:tcPr>
            <w:tcW w:type="dxa" w:w="1728"/>
          </w:tcPr>
          <w:p>
            <w:r>
              <w:t>$[saldo]</w:t>
            </w:r>
          </w:p>
        </w:tc>
        <w:tc>
          <w:tcPr>
            <w:tcW w:type="dxa" w:w="1728"/>
          </w:tcPr>
          <w:p>
            <w:r>
              <w:t>[días]</w:t>
            </w:r>
          </w:p>
        </w:tc>
      </w:tr>
      <w:tr>
        <w:tc>
          <w:tcPr>
            <w:tcW w:type="dxa" w:w="1728"/>
          </w:tcPr>
          <w:p>
            <w:r>
              <w:rPr>
                <w:b/>
              </w:rPr>
              <w:t>Total pendiente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  <w:tc>
          <w:tcPr>
            <w:tcW w:type="dxa" w:w="1728"/>
          </w:tcPr>
          <w:p>
            <w:r>
              <w:rPr>
                <w:b/>
              </w:rPr>
              <w:t>$[total]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</w:p>
        </w:tc>
      </w:tr>
    </w:tbl>
    <w:p/>
    <w:p>
      <w:r>
        <w:rPr>
          <w:b w:val="0"/>
        </w:rPr>
        <w:t>Le pido pagar el total o proponerme por escrito un acuerdo de pago a más tardar el [fecha límite]. Los datos de pago son los mismos: cuenta de [ahorros / corriente] No. [número] de [banco], a nombre de [titular].</w:t>
      </w:r>
    </w:p>
    <w:p>
      <w:r>
        <w:rPr>
          <w:b w:val="0"/>
        </w:rPr>
        <w:t>Le recuerdo que el canon de [mes en curso] vence el [fecha] y se paga aparte del saldo atrasado, para que la deuda no siga creciendo.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del arrendador(a)]</w:t>
      </w:r>
    </w:p>
    <w:p>
      <w:pPr>
        <w:spacing w:after="0"/>
      </w:pPr>
      <w:r>
        <w:rPr>
          <w:b w:val="0"/>
        </w:rPr>
        <w:t>C.C. [número]</w:t>
      </w:r>
    </w:p>
    <w:p>
      <w:pPr>
        <w:spacing w:after="0"/>
      </w:pPr>
      <w:r>
        <w:rPr>
          <w:b w:val="0"/>
        </w:rPr>
        <w:t>+57 [teléfono] · [correo]</w:t>
      </w:r>
    </w:p>
    <w:p/>
    <w:p>
      <w:r>
        <w:rPr>
          <w:i/>
          <w:color w:val="6B7A79"/>
          <w:sz w:val="18"/>
        </w:rPr>
        <w:t>Cambia todo lo que está entre corchetes y borra esta nota antes de mandarlo. Segundo aviso, unos 15 días después del primero. Si tampoco hay respuesta, el paso siguiente es la carta de cobro prejurídico. Mándala al correo o a la dirección del contrato, en horario de lunes a viernes de 7:00 a. m. a 7:00 p. m. o sábados de 8:00 a. m. a 3:00 p. m. (Ley 2300 de 2023), y no a codeudores ni a terceros con copia. Formato de makatea.ai/formatos/carta-de-cobro-de-arriendo.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