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[día] de [mes] de [año]</w:t>
      </w:r>
    </w:p>
    <w:p/>
    <w:p>
      <w:pPr>
        <w:jc w:val="center"/>
      </w:pPr>
      <w:r>
        <w:rPr>
          <w:b/>
        </w:rPr>
        <w:t>COBRO PREJURÍDICO</w:t>
      </w:r>
    </w:p>
    <w:p/>
    <w:p>
      <w:pPr>
        <w:spacing w:after="0"/>
      </w:pPr>
      <w:r>
        <w:rPr>
          <w:b w:val="0"/>
        </w:rPr>
        <w:t>Señores</w:t>
      </w:r>
    </w:p>
    <w:p>
      <w:pPr>
        <w:spacing w:after="0"/>
      </w:pPr>
      <w:r>
        <w:rPr>
          <w:b w:val="0"/>
        </w:rPr>
        <w:t>[RAZÓN SOCIAL DEL CLIENTE O NOMBRE COMPLETO]</w:t>
      </w:r>
    </w:p>
    <w:p>
      <w:pPr>
        <w:spacing w:after="0"/>
      </w:pPr>
      <w:r>
        <w:rPr>
          <w:b w:val="0"/>
        </w:rPr>
        <w:t>NIT o C.C. [número]</w:t>
      </w:r>
    </w:p>
    <w:p>
      <w:pPr>
        <w:spacing w:after="0"/>
      </w:pPr>
      <w:r>
        <w:rPr>
          <w:b w:val="0"/>
        </w:rPr>
        <w:t>[Dirección]</w:t>
      </w:r>
    </w:p>
    <w:p>
      <w:pPr>
        <w:spacing w:after="0"/>
      </w:pPr>
      <w:r>
        <w:rPr>
          <w:b w:val="0"/>
        </w:rPr>
        <w:t>[Ciudad]</w:t>
      </w:r>
    </w:p>
    <w:p>
      <w:pPr>
        <w:spacing w:after="0"/>
      </w:pPr>
      <w:r>
        <w:rPr>
          <w:b w:val="0"/>
        </w:rPr>
        <w:t>[Correo autorizado para notificaciones]</w:t>
      </w:r>
    </w:p>
    <w:p/>
    <w:p>
      <w:r>
        <w:rPr>
          <w:b/>
        </w:rPr>
        <w:t>Asunto: cobro prejurídico de facturas vencidas</w:t>
      </w:r>
    </w:p>
    <w:p>
      <w:r>
        <w:rPr>
          <w:b w:val="0"/>
        </w:rPr>
        <w:t>Respetados señores:</w:t>
      </w:r>
    </w:p>
    <w:p>
      <w:r>
        <w:rPr>
          <w:b w:val="0"/>
        </w:rPr>
        <w:t>Por medio de la presente le informamos que, con corte al [fecha de corte], [razón social del acreedor], NIT [número], registra a su cargo las siguientes obligaciones vencidas: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Factura o documento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Fecha de vencimiento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Días de mora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Valor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Abonos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40"/>
          </w:tcPr>
          <w:p>
            <w:r>
              <w:t>[FE-0000]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[días]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$[abonos]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[FE-0000]</w:t>
            </w:r>
          </w:p>
        </w:tc>
        <w:tc>
          <w:tcPr>
            <w:tcW w:type="dxa" w:w="1440"/>
          </w:tcPr>
          <w:p>
            <w:r>
              <w:t>[fecha]</w:t>
            </w:r>
          </w:p>
        </w:tc>
        <w:tc>
          <w:tcPr>
            <w:tcW w:type="dxa" w:w="1440"/>
          </w:tcPr>
          <w:p>
            <w:r>
              <w:t>[días]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$[abonos]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[Intereses de mora pactados, si el contrato o la factura los prevén]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$[valor]</w:t>
            </w:r>
          </w:p>
        </w:tc>
      </w:tr>
      <w:tr>
        <w:tc>
          <w:tcPr>
            <w:tcW w:type="dxa" w:w="1440"/>
          </w:tcPr>
          <w:p>
            <w:r>
              <w:rPr>
                <w:b/>
              </w:rPr>
              <w:t>Total adeudado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Estas obligaciones corresponden a [la venta de … / la prestación de servicios de …] según [el contrato, la orden de compra o la cotización aceptada del …], con un plazo de pago de [número] días.</w:t>
      </w:r>
    </w:p>
    <w:p>
      <w:r>
        <w:rPr>
          <w:b w:val="0"/>
        </w:rPr>
        <w:t>Antes de esta carta le informamos del saldo el [fecha del primer aviso] y el [fecha del segundo aviso], por [canal]. A la fecha no hemos recibido el pago ni una propuesta para normalizarlo.</w:t>
      </w:r>
    </w:p>
    <w:p>
      <w:r>
        <w:rPr>
          <w:b w:val="0"/>
        </w:rPr>
        <w:t>Le solicitamos pagar el saldo total o comunicarse con nosotros para acordar una forma de pago dentro de los [diez (10)] días calendario siguientes al recibo de esta carta, es decir, a más tardar el [fecha límite].</w:t>
      </w:r>
    </w:p>
    <w:p>
      <w:r>
        <w:rPr>
          <w:b w:val="0"/>
        </w:rPr>
        <w:t>Puede pagar o escribirnos por:</w:t>
      </w:r>
    </w:p>
    <w:p>
      <w:pPr>
        <w:spacing w:after="40"/>
      </w:pPr>
      <w:r>
        <w:rPr>
          <w:b w:val="0"/>
        </w:rPr>
        <w:t xml:space="preserve">  Consignación o transferencia a la cuenta de [ahorros / corriente] No. [número] de [banco], a nombre de [titular], NIT o C.C. [número], con la referencia [referencia].</w:t>
      </w:r>
    </w:p>
    <w:p>
      <w:pPr>
        <w:spacing w:after="40"/>
      </w:pPr>
      <w:r>
        <w:rPr>
          <w:b w:val="0"/>
        </w:rPr>
        <w:t xml:space="preserve">  Correo: [correo de cartera]</w:t>
      </w:r>
    </w:p>
    <w:p>
      <w:pPr>
        <w:spacing w:after="40"/>
      </w:pPr>
      <w:r>
        <w:rPr>
          <w:b w:val="0"/>
        </w:rPr>
        <w:t xml:space="preserve">  WhatsApp o teléfono: +57 [número], de lunes a viernes de [hora] a [hora].</w:t>
      </w:r>
    </w:p>
    <w:p/>
    <w:p>
      <w:r>
        <w:rPr>
          <w:b w:val="0"/>
        </w:rPr>
        <w:t>Si ya realizó el pago, envíenos el comprobante para aplicarlo y actualizar su saldo.</w:t>
      </w:r>
    </w:p>
    <w:p>
      <w:r>
        <w:rPr>
          <w:b w:val="0"/>
        </w:rPr>
        <w:t>Si en el plazo indicado no recibimos el pago ni una propuesta de acuerdo, [razón social del acreedor] podrá iniciar las acciones legales que correspondan para el cobro de esta obligación.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[Cargo: cartera / gerencia]</w:t>
      </w:r>
    </w:p>
    <w:p>
      <w:pPr>
        <w:spacing w:after="0"/>
      </w:pPr>
      <w:r>
        <w:rPr>
          <w:b w:val="0"/>
        </w:rPr>
        <w:t>[Razón social del acreedor]</w:t>
      </w:r>
    </w:p>
    <w:p>
      <w:pPr>
        <w:spacing w:after="0"/>
      </w:pPr>
      <w:r>
        <w:rPr>
          <w:b w:val="0"/>
        </w:rPr>
        <w:t>NIT [número]</w:t>
      </w:r>
    </w:p>
    <w:p>
      <w:pPr>
        <w:spacing w:after="0"/>
      </w:pPr>
      <w:r>
        <w:rPr>
          <w:b w:val="0"/>
        </w:rPr>
        <w:t>+57 [teléfono]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Mándala sólo por los canales que la persona autorizó para la cobranza (correo electrónico, correo certificado a la dirección registrada) y en el horario de la Ley 2300 de 2023: lunes a viernes de 7:00 a. m. a 7:00 p. m. y sábados de 8:00 a. m. a 3:00 p. m., nunca domingos ni festivos. No la entregues en una visita al domicilio o al trabajo, no la copies a referencias ni a terceros, y no le preguntes el motivo del incumplimiento. Formato de makatea.ai/formatos/carta-de-cobro-prejuridico.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[día] de [mes] de [año]</w:t>
      </w:r>
    </w:p>
    <w:p/>
    <w:p>
      <w:pPr>
        <w:jc w:val="center"/>
      </w:pPr>
      <w:r>
        <w:rPr>
          <w:b/>
        </w:rPr>
        <w:t>COBRO PREJURÍDICO · CÁNONES DE ARRENDAMIENTO</w:t>
      </w:r>
    </w:p>
    <w:p/>
    <w:p>
      <w:pPr>
        <w:spacing w:after="0"/>
      </w:pPr>
      <w:r>
        <w:rPr>
          <w:b w:val="0"/>
        </w:rPr>
        <w:t>Señor(a)</w:t>
      </w:r>
    </w:p>
    <w:p>
      <w:pPr>
        <w:spacing w:after="0"/>
      </w:pPr>
      <w:r>
        <w:rPr>
          <w:b w:val="0"/>
        </w:rPr>
        <w:t>[NOMBRE COMPLETO DEL ARRENDATARIO]</w:t>
      </w:r>
    </w:p>
    <w:p>
      <w:pPr>
        <w:spacing w:after="0"/>
      </w:pPr>
      <w:r>
        <w:rPr>
          <w:b w:val="0"/>
        </w:rPr>
        <w:t>C.C. [número]</w:t>
      </w:r>
    </w:p>
    <w:p>
      <w:pPr>
        <w:spacing w:after="0"/>
      </w:pPr>
      <w:r>
        <w:rPr>
          <w:b w:val="0"/>
        </w:rPr>
        <w:t>[Dirección del inmueble arrendado]</w:t>
      </w:r>
    </w:p>
    <w:p>
      <w:pPr>
        <w:spacing w:after="0"/>
      </w:pPr>
      <w:r>
        <w:rPr>
          <w:b w:val="0"/>
        </w:rPr>
        <w:t>[Ciudad]</w:t>
      </w:r>
    </w:p>
    <w:p>
      <w:pPr>
        <w:spacing w:after="0"/>
      </w:pPr>
      <w:r>
        <w:rPr>
          <w:b w:val="0"/>
        </w:rPr>
        <w:t>[Correo autorizado]</w:t>
      </w:r>
    </w:p>
    <w:p/>
    <w:p>
      <w:r>
        <w:rPr>
          <w:b/>
        </w:rPr>
        <w:t>Asunto: cobro prejurídico de cánones de arrendamiento en mora</w:t>
      </w:r>
    </w:p>
    <w:p>
      <w:r>
        <w:rPr>
          <w:b w:val="0"/>
        </w:rPr>
        <w:t>Respetado(a) señor(a) [apellido]:</w:t>
      </w:r>
    </w:p>
    <w:p>
      <w:r>
        <w:rPr>
          <w:b w:val="0"/>
        </w:rPr>
        <w:t>Por medio de la presente le informamos que, con corte al [fecha de corte], el contrato de arrendamiento del inmueble ubicado en [dirección], firmado el [fecha del contrato], registra los siguientes valores pendientes: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Canon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[Servicios o administración a cargo del arrendatario, si el contrato lo dice]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Abonos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$[valor o 0]</w:t>
            </w:r>
          </w:p>
        </w:tc>
        <w:tc>
          <w:tcPr>
            <w:tcW w:type="dxa" w:w="1728"/>
          </w:tcPr>
          <w:p>
            <w:r>
              <w:t>$[abonos]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$[valor o 0]</w:t>
            </w:r>
          </w:p>
        </w:tc>
        <w:tc>
          <w:tcPr>
            <w:tcW w:type="dxa" w:w="1728"/>
          </w:tcPr>
          <w:p>
            <w:r>
              <w:t>$[abonos]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adeudado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El canon mensual pactado es de $[canon] y debe pagarse [los primeros cinco días de cada mes / el día … de cada mes], según la cláusula [número] del contrato.</w:t>
      </w:r>
    </w:p>
    <w:p>
      <w:r>
        <w:rPr>
          <w:b w:val="0"/>
        </w:rPr>
        <w:t>Antes de esta carta le informamos del saldo el [fecha del primer aviso] y el [fecha del segundo aviso], por [canal]. A la fecha no hemos recibido el pago ni una propuesta para normalizarlo.</w:t>
      </w:r>
    </w:p>
    <w:p>
      <w:r>
        <w:rPr>
          <w:b w:val="0"/>
        </w:rPr>
        <w:t>Le solicitamos pagar el saldo total o comunicarse con nosotros para acordar una forma de pago dentro de los [diez (10)] días calendario siguientes al recibo de esta carta, es decir, a más tardar el [fecha límite].</w:t>
      </w:r>
    </w:p>
    <w:p>
      <w:r>
        <w:rPr>
          <w:b w:val="0"/>
        </w:rPr>
        <w:t>Puede pagar o escribirnos por:</w:t>
      </w:r>
    </w:p>
    <w:p>
      <w:pPr>
        <w:spacing w:after="40"/>
      </w:pPr>
      <w:r>
        <w:rPr>
          <w:b w:val="0"/>
        </w:rPr>
        <w:t xml:space="preserve">  Consignación o transferencia a la cuenta de [ahorros / corriente] No. [número] de [banco], a nombre de [titular], NIT o C.C. [número], con la referencia [referencia].</w:t>
      </w:r>
    </w:p>
    <w:p>
      <w:pPr>
        <w:spacing w:after="40"/>
      </w:pPr>
      <w:r>
        <w:rPr>
          <w:b w:val="0"/>
        </w:rPr>
        <w:t xml:space="preserve">  Correo: [correo de cartera]</w:t>
      </w:r>
    </w:p>
    <w:p>
      <w:pPr>
        <w:spacing w:after="40"/>
      </w:pPr>
      <w:r>
        <w:rPr>
          <w:b w:val="0"/>
        </w:rPr>
        <w:t xml:space="preserve">  WhatsApp o teléfono: +57 [número], de lunes a viernes de [hora] a [hora].</w:t>
      </w:r>
    </w:p>
    <w:p/>
    <w:p>
      <w:r>
        <w:rPr>
          <w:b w:val="0"/>
        </w:rPr>
        <w:t>Si ya realizó el pago, envíenos el comprobante para aplicarlo y actualizar su saldo.</w:t>
      </w:r>
    </w:p>
    <w:p>
      <w:r>
        <w:rPr>
          <w:b w:val="0"/>
        </w:rPr>
        <w:t>Si en el plazo indicado no recibimos el pago ni una propuesta de acuerdo, [el arrendador / la inmobiliaria] podrá iniciar las acciones legales que correspondan para el cobro de esta obligación.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arrendador o de la inmobiliaria]</w:t>
      </w:r>
    </w:p>
    <w:p>
      <w:pPr>
        <w:spacing w:after="0"/>
      </w:pPr>
      <w:r>
        <w:rPr>
          <w:b w:val="0"/>
        </w:rPr>
        <w:t>C.C. o NIT [número]</w:t>
      </w:r>
    </w:p>
    <w:p>
      <w:pPr>
        <w:spacing w:after="0"/>
      </w:pPr>
      <w:r>
        <w:rPr>
          <w:b w:val="0"/>
        </w:rPr>
        <w:t>+57 [teléfono]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Mándala sólo por los canales que la persona autorizó para la cobranza (correo electrónico, correo certificado a la dirección registrada) y en el horario de la Ley 2300 de 2023: lunes a viernes de 7:00 a. m. a 7:00 p. m. y sábados de 8:00 a. m. a 3:00 p. m., nunca domingos ni festivos. No la entregues en una visita al domicilio o al trabajo, no la copies a referencias ni a terceros, y no le preguntes el motivo del incumplimiento. Formato de makatea.ai/formatos/carta-de-cobro-prejuridico.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[día] de [mes] de [año]</w:t>
      </w:r>
    </w:p>
    <w:p/>
    <w:p>
      <w:pPr>
        <w:jc w:val="center"/>
      </w:pPr>
      <w:r>
        <w:rPr>
          <w:b/>
        </w:rPr>
        <w:t>COBRO PREJURÍDICO · CUOTAS DE ADMINISTRACIÓN</w:t>
      </w:r>
    </w:p>
    <w:p/>
    <w:p>
      <w:pPr>
        <w:spacing w:after="0"/>
      </w:pPr>
      <w:r>
        <w:rPr>
          <w:b w:val="0"/>
        </w:rPr>
        <w:t>Señor(a)</w:t>
      </w:r>
    </w:p>
    <w:p>
      <w:pPr>
        <w:spacing w:after="0"/>
      </w:pPr>
      <w:r>
        <w:rPr>
          <w:b w:val="0"/>
        </w:rPr>
        <w:t>[NOMBRE DEL PROPIETARIO(A)]</w:t>
      </w:r>
    </w:p>
    <w:p>
      <w:pPr>
        <w:spacing w:after="0"/>
      </w:pPr>
      <w:r>
        <w:rPr>
          <w:b w:val="0"/>
        </w:rPr>
        <w:t>Propietario(a) de [apartamento / casa / local] [número]</w:t>
      </w:r>
    </w:p>
    <w:p>
      <w:pPr>
        <w:spacing w:after="0"/>
      </w:pPr>
      <w:r>
        <w:rPr>
          <w:b w:val="0"/>
        </w:rPr>
        <w:t>[NOMBRE DEL EDIFICIO O CONJUNTO] – PROPIEDAD HORIZONTAL</w:t>
      </w:r>
    </w:p>
    <w:p>
      <w:pPr>
        <w:spacing w:after="0"/>
      </w:pPr>
      <w:r>
        <w:rPr>
          <w:b w:val="0"/>
        </w:rPr>
        <w:t>[Ciudad]</w:t>
      </w:r>
    </w:p>
    <w:p>
      <w:pPr>
        <w:spacing w:after="0"/>
      </w:pPr>
      <w:r>
        <w:rPr>
          <w:b w:val="0"/>
        </w:rPr>
        <w:t>[Correo registrado]</w:t>
      </w:r>
    </w:p>
    <w:p/>
    <w:p>
      <w:r>
        <w:rPr>
          <w:b/>
        </w:rPr>
        <w:t>Asunto: cobro prejurídico de cuotas de administración de la unidad [número]</w:t>
      </w:r>
    </w:p>
    <w:p>
      <w:r>
        <w:rPr>
          <w:b w:val="0"/>
        </w:rPr>
        <w:t>Respetado(a) señor(a) [apellido]:</w:t>
      </w:r>
    </w:p>
    <w:p>
      <w:r>
        <w:rPr>
          <w:b w:val="0"/>
        </w:rPr>
        <w:t>Por medio de la presente le informamos que, con corte al [fecha de corte], la unidad [número] registra las siguientes cuotas pendientes: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Mes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Cuota ordinaria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Cuota extraordinaria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Intereses de mora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Abonos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40"/>
          </w:tcPr>
          <w:p>
            <w:r>
              <w:t>[mes y año]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$[valor o 0]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$[abonos]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t>[mes y año]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$[valor o 0]</w:t>
            </w:r>
          </w:p>
        </w:tc>
        <w:tc>
          <w:tcPr>
            <w:tcW w:type="dxa" w:w="1440"/>
          </w:tcPr>
          <w:p>
            <w:r>
              <w:t>$[valor]</w:t>
            </w:r>
          </w:p>
        </w:tc>
        <w:tc>
          <w:tcPr>
            <w:tcW w:type="dxa" w:w="1440"/>
          </w:tcPr>
          <w:p>
            <w:r>
              <w:t>$[abonos]</w:t>
            </w:r>
          </w:p>
        </w:tc>
        <w:tc>
          <w:tcPr>
            <w:tcW w:type="dxa" w:w="1440"/>
          </w:tcPr>
          <w:p>
            <w:r>
              <w:t>$[saldo]</w:t>
            </w:r>
          </w:p>
        </w:tc>
      </w:tr>
      <w:tr>
        <w:tc>
          <w:tcPr>
            <w:tcW w:type="dxa" w:w="1440"/>
          </w:tcPr>
          <w:p>
            <w:r>
              <w:rPr>
                <w:b/>
              </w:rPr>
              <w:t>Total adeudado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Las cuotas corresponden al presupuesto aprobado por la asamblea general de propietarios del [fecha del acta], según el coeficiente de copropiedad de la unidad. Los intereses de mora se liquidan a [la tasa aprobada por la asamblea / una y media veces el interés bancario corriente certificado por la Superintendencia Financiera], conforme al artículo 30 de la Ley 675 de 2001.</w:t>
      </w:r>
    </w:p>
    <w:p>
      <w:r>
        <w:rPr>
          <w:b w:val="0"/>
        </w:rPr>
        <w:t>Antes de esta carta le informamos del saldo el [fecha del primer aviso] y el [fecha del segundo aviso], por [canal]. A la fecha no hemos recibido el pago ni una propuesta para normalizarlo.</w:t>
      </w:r>
    </w:p>
    <w:p>
      <w:r>
        <w:rPr>
          <w:b w:val="0"/>
        </w:rPr>
        <w:t>Le solicitamos pagar el saldo total o comunicarse con nosotros para acordar una forma de pago dentro de los [diez (10)] días calendario siguientes al recibo de esta carta, es decir, a más tardar el [fecha límite].</w:t>
      </w:r>
    </w:p>
    <w:p>
      <w:r>
        <w:rPr>
          <w:b w:val="0"/>
        </w:rPr>
        <w:t>Puede pagar o escribirnos por:</w:t>
      </w:r>
    </w:p>
    <w:p>
      <w:pPr>
        <w:spacing w:after="40"/>
      </w:pPr>
      <w:r>
        <w:rPr>
          <w:b w:val="0"/>
        </w:rPr>
        <w:t xml:space="preserve">  Consignación o transferencia a la cuenta de [ahorros / corriente] No. [número] de [banco], a nombre de [titular], NIT o C.C. [número], con la referencia [referencia].</w:t>
      </w:r>
    </w:p>
    <w:p>
      <w:pPr>
        <w:spacing w:after="40"/>
      </w:pPr>
      <w:r>
        <w:rPr>
          <w:b w:val="0"/>
        </w:rPr>
        <w:t xml:space="preserve">  Correo: [correo de cartera]</w:t>
      </w:r>
    </w:p>
    <w:p>
      <w:pPr>
        <w:spacing w:after="40"/>
      </w:pPr>
      <w:r>
        <w:rPr>
          <w:b w:val="0"/>
        </w:rPr>
        <w:t xml:space="preserve">  WhatsApp o teléfono: +57 [número], de lunes a viernes de [hora] a [hora].</w:t>
      </w:r>
    </w:p>
    <w:p/>
    <w:p>
      <w:r>
        <w:rPr>
          <w:b w:val="0"/>
        </w:rPr>
        <w:t>Si ya realizó el pago, envíenos el comprobante para aplicarlo y actualizar su saldo.</w:t>
      </w:r>
    </w:p>
    <w:p>
      <w:r>
        <w:rPr>
          <w:b w:val="0"/>
        </w:rPr>
        <w:t>Si en el plazo indicado no recibimos el pago ni una propuesta de acuerdo, la copropiedad podrá iniciar las acciones legales que correspondan para el cobro de esta obligación.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administrador(a)]</w:t>
      </w:r>
    </w:p>
    <w:p>
      <w:pPr>
        <w:spacing w:after="0"/>
      </w:pPr>
      <w:r>
        <w:rPr>
          <w:b w:val="0"/>
        </w:rPr>
        <w:t>Administrador(a) y representante legal</w:t>
      </w:r>
    </w:p>
    <w:p>
      <w:pPr>
        <w:spacing w:after="0"/>
      </w:pPr>
      <w:r>
        <w:rPr>
          <w:b w:val="0"/>
        </w:rPr>
        <w:t>[Nombre del edificio o conjunto] – Propiedad horizontal</w:t>
      </w:r>
    </w:p>
    <w:p>
      <w:pPr>
        <w:spacing w:after="0"/>
      </w:pPr>
      <w:r>
        <w:rPr>
          <w:b w:val="0"/>
        </w:rPr>
        <w:t>NIT [número]</w:t>
      </w:r>
    </w:p>
    <w:p>
      <w:pPr>
        <w:spacing w:after="0"/>
      </w:pPr>
      <w:r>
        <w:rPr>
          <w:b w:val="0"/>
        </w:rPr>
        <w:t>+57 [teléfono] · [correo de la administración]</w:t>
      </w:r>
    </w:p>
    <w:p/>
    <w:p>
      <w:r>
        <w:rPr>
          <w:i/>
          <w:color w:val="6B7A79"/>
          <w:sz w:val="18"/>
        </w:rPr>
        <w:t>Cambia todo lo que está entre corchetes y borra esta nota antes de mandarlo. Mándala sólo por los canales que la persona autorizó para la cobranza (correo electrónico, correo certificado a la dirección registrada) y en el horario de la Ley 2300 de 2023: lunes a viernes de 7:00 a. m. a 7:00 p. m. y sábados de 8:00 a. m. a 3:00 p. m., nunca domingos ni festivos. No la entregues en una visita al domicilio o al trabajo, no la copies a referencias ni a terceros, y no le preguntes el motivo del incumplimiento. Formato de makatea.ai/formatos/carta-de-cobro-prejuridico.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