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cliente]</w:t>
      </w:r>
    </w:p>
    <w:p>
      <w:pPr>
        <w:spacing w:after="0"/>
      </w:pPr>
      <w:r>
        <w:rPr>
          <w:b w:val="0"/>
        </w:rPr>
        <w:t>[Empresa, si aplica]</w:t>
      </w:r>
    </w:p>
    <w:p>
      <w:pPr>
        <w:spacing w:after="0"/>
      </w:pPr>
      <w:r>
        <w:rPr>
          <w:b w:val="0"/>
        </w:rPr>
        <w:t>[Domicilio o correo]</w:t>
      </w:r>
    </w:p>
    <w:p/>
    <w:p>
      <w:r>
        <w:rPr>
          <w:b/>
        </w:rPr>
        <w:t>Asunto: saldo pendiente de [concepto]</w:t>
      </w:r>
    </w:p>
    <w:p>
      <w:r>
        <w:rPr>
          <w:b w:val="0"/>
        </w:rPr>
        <w:t>Estimado(a) [nombre]:</w:t>
      </w:r>
    </w:p>
    <w:p>
      <w:r>
        <w:rPr>
          <w:b w:val="0"/>
        </w:rPr>
        <w:t>Le escribimos para informarle que a esta fecha registramos un saldo pendiente de $[monto] ([monto con letra] pesos 00/100 M.N.) por concepto de [concepto], que venció el [fecha de vencimiento].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Pagado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728"/>
          </w:tcPr>
          <w:p>
            <w:r>
              <w:t>[concepto]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t>[concepto]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</w:tbl>
    <w:p/>
    <w:p>
      <w:r>
        <w:rPr>
          <w:b w:val="0"/>
        </w:rPr>
        <w:t>Si ya realizó el pago, le pedimos enviarnos el comprobante a [correo o WhatsApp] para registrarlo; es posible que todavía no se refleje de nuestro lado.</w:t>
      </w:r>
    </w:p>
    <w:p>
      <w:r>
        <w:rPr>
          <w:b w:val="0"/>
        </w:rPr>
        <w:t>Si no ha podido cubrirlo, puede pagar por [forma de pago: transferencia a la cuenta CLABE …, con la referencia …] a más tardar el [fecha límite], o escribirnos para acordar una fecha o un plan de pagos que le funcione.</w:t>
      </w:r>
    </w:p>
    <w:p>
      <w:r>
        <w:rPr>
          <w:b w:val="0"/>
        </w:rPr>
        <w:t>Quedamos atentos en [teléfono], de [horario de atención].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[Nombre del negocio]</w:t>
      </w:r>
    </w:p>
    <w:p/>
    <w:p>
      <w:r>
        <w:rPr>
          <w:i/>
          <w:color w:val="6B7A79"/>
          <w:sz w:val="18"/>
        </w:rPr>
        <w:t>Cambia todo lo que está entre corchetes y borra esta nota antes de mandarla. No agregues amenazas ni la hagas parecer un documento de juzgado. Formato de makatea.ai/formatos/carta-de-cobro.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