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CONSTANCIA DE NO ADEUDO DE COLEGIATURAS</w:t>
      </w:r>
    </w:p>
    <w:p/>
    <w:p>
      <w:r>
        <w:rPr>
          <w:b w:val="0"/>
        </w:rPr>
        <w:t>A quien corresponda:</w:t>
      </w:r>
    </w:p>
    <w:p>
      <w:r>
        <w:rPr>
          <w:b w:val="0"/>
        </w:rPr>
        <w:t>[Nombre de la escuela], con clave de centro de trabajo [CCT] y domicilio en [domicilio], hace constar que el alumno(a) [nombre completo del alumno], inscrito(a) en [grado y grupo] durante el ciclo escolar [2025-2026], no tiene adeudo pendiente con esta institución por concepto de inscripción, colegiaturas ni [otros conceptos: materiales, transporte, cuotas de actividades].</w:t>
      </w:r>
    </w:p>
    <w:p>
      <w:r>
        <w:rPr>
          <w:b w:val="0"/>
        </w:rPr>
        <w:t>El último pago registrado fue la colegiatura de [mes] por $[monto] ([monto con letra] pesos 00/100 M.N.), recibida el [fecha], a nombre de [nombre del padre, madre o tutor].</w:t>
      </w:r>
    </w:p>
    <w:p>
      <w:r>
        <w:rPr>
          <w:b w:val="0"/>
        </w:rPr>
        <w:t>Esta constancia comprende los conceptos y el ciclo escolar señalados, con corte al [fecha de corte]. Se extiende a petición de [nombre del padre, madre o tutor] para [trámite de inscripción en otra escuela / solicitud de beca / los fines que a su derecho convengan].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[Cargo: dirección, administración o control escolar]</w:t>
      </w:r>
    </w:p>
    <w:p>
      <w:pPr>
        <w:spacing w:after="0"/>
      </w:pPr>
      <w:r>
        <w:rPr>
          <w:b w:val="0"/>
        </w:rPr>
        <w:t>[Teléfono o correo de la escuela para confirmar esta constancia]</w:t>
      </w:r>
    </w:p>
    <w:p>
      <w:r>
        <w:rPr>
          <w:b w:val="0"/>
        </w:rPr>
        <w:t>[Sello de la escuela]</w:t>
      </w:r>
    </w:p>
    <w:p/>
    <w:p>
      <w:r>
        <w:rPr>
          <w:i/>
          <w:color w:val="6B7A79"/>
          <w:sz w:val="18"/>
        </w:rPr>
        <w:t>Cambia todo lo que está entre corchetes y borra esta nota antes de imprimir. La firma quien lleva la cobranza o la dirección, nunca el alumno. La entrega de documentos oficiales del alumno no depende de esta carta. Formato de makatea.ai/formatos/carta-de-no-adeudo-de-colegiatura;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