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DE NO ADEUDO POR LIQUIDACIÓN DE CRÉDITO</w:t>
      </w:r>
    </w:p>
    <w:p/>
    <w:p>
      <w:pPr>
        <w:spacing w:after="0"/>
      </w:pPr>
      <w:r>
        <w:rPr>
          <w:b w:val="0"/>
        </w:rPr>
        <w:t>[Nombre completo del acreditado]</w:t>
      </w:r>
    </w:p>
    <w:p>
      <w:pPr>
        <w:spacing w:after="0"/>
      </w:pPr>
      <w:r>
        <w:rPr>
          <w:b w:val="0"/>
        </w:rPr>
        <w:t>[Domicilio]</w:t>
      </w:r>
    </w:p>
    <w:p>
      <w:pPr>
        <w:spacing w:after="0"/>
      </w:pPr>
      <w:r>
        <w:rPr>
          <w:b w:val="0"/>
        </w:rPr>
        <w:t>Presente.</w:t>
      </w:r>
    </w:p>
    <w:p/>
    <w:p>
      <w:r>
        <w:rPr>
          <w:b w:val="0"/>
        </w:rPr>
        <w:t>[Razón social de la financiera, caja o prestamista], con RFC [RFC], hace constar que el crédito número [número de crédito], otorgado el [fecha de disposición] por $[monto del crédito] ([monto con letra] pesos 00/100 M.N.), fue liquidado en su totalidad el [fecha de liquidación].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Número de crédito</w:t>
            </w:r>
          </w:p>
        </w:tc>
        <w:tc>
          <w:tcPr>
            <w:tcW w:type="dxa" w:w="4320"/>
          </w:tcPr>
          <w:p>
            <w:r>
              <w:t>[número]</w:t>
            </w:r>
          </w:p>
        </w:tc>
      </w:tr>
      <w:tr>
        <w:tc>
          <w:tcPr>
            <w:tcW w:type="dxa" w:w="4320"/>
          </w:tcPr>
          <w:p>
            <w:r>
              <w:t>Plazo y frecuencia</w:t>
            </w:r>
          </w:p>
        </w:tc>
        <w:tc>
          <w:tcPr>
            <w:tcW w:type="dxa" w:w="4320"/>
          </w:tcPr>
          <w:p>
            <w:r>
              <w:t>[número] pagos [semanales / quincenales / mensuales]</w:t>
            </w:r>
          </w:p>
        </w:tc>
      </w:tr>
      <w:tr>
        <w:tc>
          <w:tcPr>
            <w:tcW w:type="dxa" w:w="4320"/>
          </w:tcPr>
          <w:p>
            <w:r>
              <w:t>Último pago recibido</w:t>
            </w:r>
          </w:p>
        </w:tc>
        <w:tc>
          <w:tcPr>
            <w:tcW w:type="dxa" w:w="4320"/>
          </w:tcPr>
          <w:p>
            <w:r>
              <w:t>[fecha] por $[monto]</w:t>
            </w:r>
          </w:p>
        </w:tc>
      </w:tr>
      <w:tr>
        <w:tc>
          <w:tcPr>
            <w:tcW w:type="dxa" w:w="4320"/>
          </w:tcPr>
          <w:p>
            <w:r>
              <w:t>Saldo de capital, intereses, moratorios y comisiones</w:t>
            </w:r>
          </w:p>
        </w:tc>
        <w:tc>
          <w:tcPr>
            <w:tcW w:type="dxa" w:w="4320"/>
          </w:tcPr>
          <w:p>
            <w:r>
              <w:t>$0.00</w:t>
            </w:r>
          </w:p>
        </w:tc>
      </w:tr>
      <w:tr>
        <w:tc>
          <w:tcPr>
            <w:tcW w:type="dxa" w:w="4320"/>
          </w:tcPr>
          <w:p>
            <w:r>
              <w:t>Forma de liquidación</w:t>
            </w:r>
          </w:p>
        </w:tc>
        <w:tc>
          <w:tcPr>
            <w:tcW w:type="dxa" w:w="4320"/>
          </w:tcPr>
          <w:p>
            <w:r>
              <w:t>[pago del plazo completo / liquidación anticipada]</w:t>
            </w:r>
          </w:p>
        </w:tc>
      </w:tr>
    </w:tbl>
    <w:p/>
    <w:p>
      <w:r>
        <w:rPr>
          <w:b w:val="0"/>
        </w:rPr>
        <w:t>A la fecha no existe saldo pendiente derivado de ese crédito, y la relación entre las partes por ese contrato queda concluida.</w:t>
      </w:r>
    </w:p>
    <w:p>
      <w:r>
        <w:rPr>
          <w:b w:val="0"/>
        </w:rPr>
        <w:t>[Opcional, según el caso: Con esta fecha se devuelve al acreditado el pagaré que firmó como garantía. / Se libera la garantía consistente en … / Se informará la liquidación a la sociedad de información crediticia en el siguiente reporte, conforme a la ley.]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[Teléfono o correo para confirmar esta carta]</w:t>
      </w:r>
    </w:p>
    <w:p/>
    <w:p>
      <w:r>
        <w:rPr>
          <w:b w:val="0"/>
        </w:rPr>
        <w:t>Recibí la presente y, en su caso, el pagaré original el [fecha]:  ____________________  [nombre y firma del acreditado]</w:t>
      </w:r>
    </w:p>
    <w:p/>
    <w:p>
      <w:r>
        <w:rPr>
          <w:i/>
          <w:color w:val="6B7A79"/>
          <w:sz w:val="18"/>
        </w:rPr>
        <w:t>Cambia todo lo que está entre corchetes y borra esta nota antes de entregarla. Revisa contra la tabla de amortización que el saldo esté en cero. Borra el párrafo opcional que no aplique: si no reportas a un buró de crédito, ese renglón no va. Formato de makatea.ai/formatos/carta-de-no-adeudo-de-credito;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