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MODELO 1 · RECLAMACIÓN A UN CLIENTE POR FACTURAS IMPAGADAS</w:t>
      </w:r>
    </w:p>
    <w:p/>
    <w:p>
      <w:pPr>
        <w:spacing w:after="0"/>
      </w:pPr>
      <w:r>
        <w:rPr>
          <w:b w:val="0"/>
        </w:rPr>
        <w:t>[Nombre o razón social de quien reclama]</w:t>
      </w:r>
    </w:p>
    <w:p>
      <w:pPr>
        <w:spacing w:after="0"/>
      </w:pPr>
      <w:r>
        <w:rPr>
          <w:b w:val="0"/>
        </w:rPr>
        <w:t>NIF/CIF: [B-00000000]</w:t>
      </w:r>
    </w:p>
    <w:p>
      <w:pPr>
        <w:spacing w:after="0"/>
      </w:pPr>
      <w:r>
        <w:rPr>
          <w:b w:val="0"/>
        </w:rPr>
        <w:t>[Domicilio]</w:t>
      </w:r>
    </w:p>
    <w:p>
      <w:pPr>
        <w:spacing w:after="0"/>
      </w:pPr>
      <w:r>
        <w:rPr>
          <w:b w:val="0"/>
        </w:rPr>
        <w:t>[Teléfono: +34 600 000 000] · [correo electrónico]</w:t>
      </w:r>
    </w:p>
    <w:p/>
    <w:p>
      <w:pPr>
        <w:jc w:val="right"/>
      </w:pPr>
      <w:r>
        <w:rPr>
          <w:b w:val="0"/>
        </w:rPr>
        <w:t>[Ciudad], a [día] de [mes] de [año].</w:t>
      </w:r>
    </w:p>
    <w:p>
      <w:pPr>
        <w:spacing w:after="0"/>
      </w:pPr>
      <w:r>
        <w:rPr>
          <w:b w:val="0"/>
        </w:rPr>
        <w:t>[Razón social del cliente]</w:t>
      </w:r>
    </w:p>
    <w:p>
      <w:pPr>
        <w:spacing w:after="0"/>
      </w:pPr>
      <w:r>
        <w:rPr>
          <w:b w:val="0"/>
        </w:rPr>
        <w:t>NIF/CIF: [B-00000000]</w:t>
      </w:r>
    </w:p>
    <w:p>
      <w:pPr>
        <w:spacing w:after="0"/>
      </w:pPr>
      <w:r>
        <w:rPr>
          <w:b w:val="0"/>
        </w:rPr>
        <w:t>A la atención de [nombre de la persona de pagos o administración]</w:t>
      </w:r>
    </w:p>
    <w:p>
      <w:pPr>
        <w:spacing w:after="0"/>
      </w:pPr>
      <w:r>
        <w:rPr>
          <w:b w:val="0"/>
        </w:rPr>
        <w:t>[Domicilio]</w:t>
      </w:r>
    </w:p>
    <w:p/>
    <w:p>
      <w:r>
        <w:rPr>
          <w:b/>
        </w:rPr>
        <w:t>Asunto: reclamación de facturas impagadas y propuesta de acuerdo</w:t>
      </w:r>
    </w:p>
    <w:p>
      <w:r>
        <w:rPr>
          <w:b w:val="0"/>
        </w:rPr>
        <w:t>Estimado/a Sr./Sra. [apellido]:</w:t>
      </w:r>
    </w:p>
    <w:p>
      <w:r>
        <w:rPr>
          <w:b w:val="0"/>
        </w:rPr>
        <w:t>Por medio de la presente le reclamo el pago de [importe total] € ([importe en letra] euros), correspondiente a las facturas que se detallan, emitidas a [razón social del cliente] por [los servicios de … / el suministro de …] conforme a [el presupuesto aceptado / el pedido / el contrato] de fecha [fecha], y que a la fecha de esta carta siguen pendientes de pago:</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rPr>
                <w:b/>
              </w:rPr>
              <w:t>Factura n.º</w:t>
            </w:r>
          </w:p>
        </w:tc>
        <w:tc>
          <w:tcPr>
            <w:tcW w:type="dxa" w:w="1440"/>
          </w:tcPr>
          <w:p>
            <w:r>
              <w:rPr>
                <w:b/>
              </w:rPr>
              <w:t>Fecha</w:t>
            </w:r>
          </w:p>
        </w:tc>
        <w:tc>
          <w:tcPr>
            <w:tcW w:type="dxa" w:w="1440"/>
          </w:tcPr>
          <w:p>
            <w:r>
              <w:rPr>
                <w:b/>
              </w:rPr>
              <w:t>Vencimiento</w:t>
            </w:r>
          </w:p>
        </w:tc>
        <w:tc>
          <w:tcPr>
            <w:tcW w:type="dxa" w:w="1440"/>
          </w:tcPr>
          <w:p>
            <w:r>
              <w:rPr>
                <w:b/>
              </w:rPr>
              <w:t>Importe</w:t>
            </w:r>
          </w:p>
        </w:tc>
        <w:tc>
          <w:tcPr>
            <w:tcW w:type="dxa" w:w="1440"/>
          </w:tcPr>
          <w:p>
            <w:r>
              <w:rPr>
                <w:b/>
              </w:rPr>
              <w:t>Pagado</w:t>
            </w:r>
          </w:p>
        </w:tc>
        <w:tc>
          <w:tcPr>
            <w:tcW w:type="dxa" w:w="1440"/>
          </w:tcPr>
          <w:p>
            <w:r>
              <w:rPr>
                <w:b/>
              </w:rPr>
              <w:t>Pendiente</w:t>
            </w:r>
          </w:p>
        </w:tc>
      </w:tr>
      <w:tr>
        <w:tc>
          <w:tcPr>
            <w:tcW w:type="dxa" w:w="1440"/>
          </w:tcPr>
          <w:p>
            <w:r>
              <w:t>[2026/041]</w:t>
            </w:r>
          </w:p>
        </w:tc>
        <w:tc>
          <w:tcPr>
            <w:tcW w:type="dxa" w:w="1440"/>
          </w:tcPr>
          <w:p>
            <w:r>
              <w:t>[dd/mm/aaaa]</w:t>
            </w:r>
          </w:p>
        </w:tc>
        <w:tc>
          <w:tcPr>
            <w:tcW w:type="dxa" w:w="1440"/>
          </w:tcPr>
          <w:p>
            <w:r>
              <w:t>[dd/mm/aaaa]</w:t>
            </w:r>
          </w:p>
        </w:tc>
        <w:tc>
          <w:tcPr>
            <w:tcW w:type="dxa" w:w="1440"/>
          </w:tcPr>
          <w:p>
            <w:r>
              <w:t>[0.000,00] €</w:t>
            </w:r>
          </w:p>
        </w:tc>
        <w:tc>
          <w:tcPr>
            <w:tcW w:type="dxa" w:w="1440"/>
          </w:tcPr>
          <w:p>
            <w:r>
              <w:t>[0,00] €</w:t>
            </w:r>
          </w:p>
        </w:tc>
        <w:tc>
          <w:tcPr>
            <w:tcW w:type="dxa" w:w="1440"/>
          </w:tcPr>
          <w:p>
            <w:r>
              <w:t>[0.000,00] €</w:t>
            </w:r>
          </w:p>
        </w:tc>
      </w:tr>
      <w:tr>
        <w:tc>
          <w:tcPr>
            <w:tcW w:type="dxa" w:w="1440"/>
          </w:tcPr>
          <w:p>
            <w:r>
              <w:t>[2026/048]</w:t>
            </w:r>
          </w:p>
        </w:tc>
        <w:tc>
          <w:tcPr>
            <w:tcW w:type="dxa" w:w="1440"/>
          </w:tcPr>
          <w:p>
            <w:r>
              <w:t>[dd/mm/aaaa]</w:t>
            </w:r>
          </w:p>
        </w:tc>
        <w:tc>
          <w:tcPr>
            <w:tcW w:type="dxa" w:w="1440"/>
          </w:tcPr>
          <w:p>
            <w:r>
              <w:t>[dd/mm/aaaa]</w:t>
            </w:r>
          </w:p>
        </w:tc>
        <w:tc>
          <w:tcPr>
            <w:tcW w:type="dxa" w:w="1440"/>
          </w:tcPr>
          <w:p>
            <w:r>
              <w:t>[0.000,00] €</w:t>
            </w:r>
          </w:p>
        </w:tc>
        <w:tc>
          <w:tcPr>
            <w:tcW w:type="dxa" w:w="1440"/>
          </w:tcPr>
          <w:p>
            <w:r>
              <w:t>[0,00] €</w:t>
            </w:r>
          </w:p>
        </w:tc>
        <w:tc>
          <w:tcPr>
            <w:tcW w:type="dxa" w:w="1440"/>
          </w:tcPr>
          <w:p>
            <w:r>
              <w:t>[0.000,00] €</w:t>
            </w:r>
          </w:p>
        </w:tc>
      </w:tr>
      <w:tr>
        <w:tc>
          <w:tcPr>
            <w:tcW w:type="dxa" w:w="1440"/>
          </w:tcPr>
          <w:p>
            <w:r>
              <w:t>[2026/055]</w:t>
            </w:r>
          </w:p>
        </w:tc>
        <w:tc>
          <w:tcPr>
            <w:tcW w:type="dxa" w:w="1440"/>
          </w:tcPr>
          <w:p>
            <w:r>
              <w:t>[dd/mm/aaaa]</w:t>
            </w:r>
          </w:p>
        </w:tc>
        <w:tc>
          <w:tcPr>
            <w:tcW w:type="dxa" w:w="1440"/>
          </w:tcPr>
          <w:p>
            <w:r>
              <w:t>[dd/mm/aaaa]</w:t>
            </w:r>
          </w:p>
        </w:tc>
        <w:tc>
          <w:tcPr>
            <w:tcW w:type="dxa" w:w="1440"/>
          </w:tcPr>
          <w:p>
            <w:r>
              <w:t>[0.000,00] €</w:t>
            </w:r>
          </w:p>
        </w:tc>
        <w:tc>
          <w:tcPr>
            <w:tcW w:type="dxa" w:w="1440"/>
          </w:tcPr>
          <w:p>
            <w:r>
              <w:t>[0,00] €</w:t>
            </w:r>
          </w:p>
        </w:tc>
        <w:tc>
          <w:tcPr>
            <w:tcW w:type="dxa" w:w="1440"/>
          </w:tcPr>
          <w:p>
            <w:r>
              <w:t>[0.000,00] €</w:t>
            </w:r>
          </w:p>
        </w:tc>
      </w:tr>
      <w:tr>
        <w:tc>
          <w:tcPr>
            <w:tcW w:type="dxa" w:w="1440"/>
          </w:tcPr>
          <w:p>
            <w:r>
              <w:rPr>
                <w:b/>
              </w:rPr>
              <w:t>Total pendiente</w:t>
            </w:r>
          </w:p>
        </w:tc>
        <w:tc>
          <w:tcPr>
            <w:tcW w:type="dxa" w:w="1440"/>
          </w:tcPr>
          <w:p>
            <w:r>
              <w:rPr>
                <w:b/>
              </w:rPr>
            </w:r>
          </w:p>
        </w:tc>
        <w:tc>
          <w:tcPr>
            <w:tcW w:type="dxa" w:w="1440"/>
          </w:tcPr>
          <w:p>
            <w:r>
              <w:rPr>
                <w:b/>
              </w:rPr>
            </w:r>
          </w:p>
        </w:tc>
        <w:tc>
          <w:tcPr>
            <w:tcW w:type="dxa" w:w="1440"/>
          </w:tcPr>
          <w:p>
            <w:r>
              <w:rPr>
                <w:b/>
              </w:rPr>
            </w:r>
          </w:p>
        </w:tc>
        <w:tc>
          <w:tcPr>
            <w:tcW w:type="dxa" w:w="1440"/>
          </w:tcPr>
          <w:p>
            <w:r>
              <w:rPr>
                <w:b/>
              </w:rPr>
            </w:r>
          </w:p>
        </w:tc>
        <w:tc>
          <w:tcPr>
            <w:tcW w:type="dxa" w:w="1440"/>
          </w:tcPr>
          <w:p>
            <w:r>
              <w:rPr>
                <w:b/>
              </w:rPr>
              <w:t>[0.000,00] €</w:t>
            </w:r>
          </w:p>
        </w:tc>
      </w:tr>
    </w:tbl>
    <w:p/>
    <w:p>
      <w:r>
        <w:rPr>
          <w:b w:val="0"/>
        </w:rPr>
        <w:t>Le ruego que abone el importe pendiente en el plazo de [diez] días naturales desde la recepción de esta carta, mediante transferencia a la cuenta IBAN [ES00 0000 0000 0000 0000 0000] de [banco], a nombre de [titular], indicando en el concepto los números de factura.</w:t>
      </w:r>
    </w:p>
    <w:p>
      <w:r>
        <w:rPr>
          <w:b w:val="0"/>
        </w:rPr>
        <w:t>Si le resulta más cómodo, le propongo liquidar la deuda en [número] pagos de [importe] €, el primero el [fecha] y los siguientes el día [día] de cada mes. Basta con que me confirme por escrito la opción que prefiere.</w:t>
      </w:r>
    </w:p>
    <w:p>
      <w:r>
        <w:rPr>
          <w:b w:val="0"/>
        </w:rPr>
        <w:t>[Opcional, sólo entre empresas o profesionales, nunca con un consumidor: Conforme a los artículos 5, 7 y 8 de la Ley 3/2004, de 29 de diciembre, de lucha contra la morosidad en las operaciones comerciales, desde el vencimiento de cada factura se devenga el interés de demora [pactado en el contrato / legal], y procede la cantidad fija de 40 € por costes de cobro. [Si el pago o el acuerdo llegan dentro del plazo indicado, no los reclamaremos.]]</w:t>
      </w:r>
    </w:p>
    <w:p>
      <w:r>
        <w:rPr>
          <w:b w:val="0"/>
        </w:rPr>
        <w:t>Si ya ha realizado el pago, le ruego que me envíe el justificante a [correo electrónico] para aplicarlo; es posible que todavía no se refleje en nuestras cuentas. Si alguna factura tiene una incidencia de precio, cantidad o datos fiscales, indíquemelo y la revisamos.</w:t>
      </w:r>
    </w:p>
    <w:p>
      <w:r>
        <w:rPr>
          <w:b w:val="0"/>
        </w:rPr>
        <w:t>Esta carta es también una invitación a negociar el pago de la deuda descrita, a los efectos de la Ley Orgánica 1/2025, de 2 de enero. Puede responderme por escrito a [correo electrónico] o proponerme una fecha para tratarlo antes del [fecha].</w:t>
      </w:r>
    </w:p>
    <w:p/>
    <w:p>
      <w:r>
        <w:rPr>
          <w:b w:val="0"/>
        </w:rPr>
        <w:t>Atentamente,</w:t>
      </w:r>
    </w:p>
    <w:p/>
    <w:p>
      <w:r>
        <w:rPr>
          <w:b w:val="0"/>
        </w:rPr>
        <w:t>_______________________________</w:t>
      </w:r>
    </w:p>
    <w:p>
      <w:pPr>
        <w:spacing w:after="0"/>
      </w:pPr>
      <w:r>
        <w:rPr>
          <w:b w:val="0"/>
        </w:rPr>
        <w:t>[Nombre de quien firma]</w:t>
      </w:r>
    </w:p>
    <w:p>
      <w:pPr>
        <w:spacing w:after="0"/>
      </w:pPr>
      <w:r>
        <w:rPr>
          <w:b w:val="0"/>
        </w:rPr>
        <w:t>[Cargo]</w:t>
      </w:r>
    </w:p>
    <w:p>
      <w:pPr>
        <w:spacing w:after="0"/>
      </w:pPr>
      <w:r>
        <w:rPr>
          <w:b w:val="0"/>
        </w:rPr>
        <w:t>[Razón social]</w:t>
      </w:r>
    </w:p>
    <w:p/>
    <w:p>
      <w:r>
        <w:rPr>
          <w:i/>
          <w:color w:val="6B7A79"/>
          <w:sz w:val="18"/>
        </w:rPr>
        <w:t>Cambia todo lo que está entre corchetes y borra esta nota antes de mandarlo. Copia las facturas y los importes de tu control de cobros, no de memoria. Borra el párrafo de la Ley 3/2004 si el cliente es un particular: esa ley no se aplica a los pagos en los que interviene un consumidor (art. 3.2.a). Formato de makatea.ai/formatos/carta-de-reclamacion-de-deuda. No sustituye la asesoría de un abogado.</w:t>
      </w:r>
    </w:p>
    <w:p>
      <w:r>
        <w:br w:type="page"/>
      </w:r>
    </w:p>
    <w:p>
      <w:pPr>
        <w:jc w:val="center"/>
      </w:pPr>
      <w:r>
        <w:rPr>
          <w:b/>
        </w:rPr>
        <w:t>MODELO 2 · RECLAMACIÓN DE DEUDA ENTRE PARTICULARES</w:t>
      </w:r>
    </w:p>
    <w:p/>
    <w:p>
      <w:pPr>
        <w:spacing w:after="0"/>
      </w:pPr>
      <w:r>
        <w:rPr>
          <w:b w:val="0"/>
        </w:rPr>
        <w:t>[Nombre y apellidos de quien reclama]</w:t>
      </w:r>
    </w:p>
    <w:p>
      <w:pPr>
        <w:spacing w:after="0"/>
      </w:pPr>
      <w:r>
        <w:rPr>
          <w:b w:val="0"/>
        </w:rPr>
        <w:t>DNI: [00000000-X]</w:t>
      </w:r>
    </w:p>
    <w:p>
      <w:pPr>
        <w:spacing w:after="0"/>
      </w:pPr>
      <w:r>
        <w:rPr>
          <w:b w:val="0"/>
        </w:rPr>
        <w:t>[Domicilio]</w:t>
      </w:r>
    </w:p>
    <w:p>
      <w:pPr>
        <w:spacing w:after="0"/>
      </w:pPr>
      <w:r>
        <w:rPr>
          <w:b w:val="0"/>
        </w:rPr>
        <w:t>[Teléfono: +34 600 000 000] · [correo electrónico]</w:t>
      </w:r>
    </w:p>
    <w:p/>
    <w:p>
      <w:pPr>
        <w:jc w:val="right"/>
      </w:pPr>
      <w:r>
        <w:rPr>
          <w:b w:val="0"/>
        </w:rPr>
        <w:t>[Ciudad], a [día] de [mes] de [año].</w:t>
      </w:r>
    </w:p>
    <w:p>
      <w:pPr>
        <w:spacing w:after="0"/>
      </w:pPr>
      <w:r>
        <w:rPr>
          <w:b w:val="0"/>
        </w:rPr>
        <w:t>D./Dña. [nombre y apellidos de quien debe]</w:t>
      </w:r>
    </w:p>
    <w:p>
      <w:pPr>
        <w:spacing w:after="0"/>
      </w:pPr>
      <w:r>
        <w:rPr>
          <w:b w:val="0"/>
        </w:rPr>
        <w:t>[Domicilio]</w:t>
      </w:r>
    </w:p>
    <w:p/>
    <w:p>
      <w:r>
        <w:rPr>
          <w:b/>
        </w:rPr>
        <w:t>Asunto: devolución de [importe] € y propuesta para hacerla</w:t>
      </w:r>
    </w:p>
    <w:p>
      <w:r>
        <w:rPr>
          <w:b w:val="0"/>
        </w:rPr>
        <w:t>Estimado/a [nombre]:</w:t>
      </w:r>
    </w:p>
    <w:p>
      <w:r>
        <w:rPr>
          <w:b w:val="0"/>
        </w:rPr>
        <w:t>El [fecha] le entregué [importe] € ([importe en letra] euros) en concepto de [préstamo para … / adelanto de … / pago por su cuenta de …], y acordamos que me los devolvería [el (fecha) / en (número) plazos de (importe) €], según consta en [el documento que firmamos el (fecha) / los mensajes del (fecha) / la transferencia con el concepto «…»].</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Fecha</w:t>
            </w:r>
          </w:p>
        </w:tc>
        <w:tc>
          <w:tcPr>
            <w:tcW w:type="dxa" w:w="2880"/>
          </w:tcPr>
          <w:p>
            <w:r>
              <w:rPr>
                <w:b/>
              </w:rPr>
              <w:t>Concepto</w:t>
            </w:r>
          </w:p>
        </w:tc>
        <w:tc>
          <w:tcPr>
            <w:tcW w:type="dxa" w:w="2880"/>
          </w:tcPr>
          <w:p>
            <w:r>
              <w:rPr>
                <w:b/>
              </w:rPr>
              <w:t>Importe</w:t>
            </w:r>
          </w:p>
        </w:tc>
      </w:tr>
      <w:tr>
        <w:tc>
          <w:tcPr>
            <w:tcW w:type="dxa" w:w="2880"/>
          </w:tcPr>
          <w:p>
            <w:r>
              <w:t>[dd/mm/aaaa]</w:t>
            </w:r>
          </w:p>
        </w:tc>
        <w:tc>
          <w:tcPr>
            <w:tcW w:type="dxa" w:w="2880"/>
          </w:tcPr>
          <w:p>
            <w:r>
              <w:t>Cantidad entregada</w:t>
            </w:r>
          </w:p>
        </w:tc>
        <w:tc>
          <w:tcPr>
            <w:tcW w:type="dxa" w:w="2880"/>
          </w:tcPr>
          <w:p>
            <w:r>
              <w:t>[0.000,00] €</w:t>
            </w:r>
          </w:p>
        </w:tc>
      </w:tr>
      <w:tr>
        <w:tc>
          <w:tcPr>
            <w:tcW w:type="dxa" w:w="2880"/>
          </w:tcPr>
          <w:p>
            <w:r>
              <w:t>[dd/mm/aaaa]</w:t>
            </w:r>
          </w:p>
        </w:tc>
        <w:tc>
          <w:tcPr>
            <w:tcW w:type="dxa" w:w="2880"/>
          </w:tcPr>
          <w:p>
            <w:r>
              <w:t>Devuelto</w:t>
            </w:r>
          </w:p>
        </w:tc>
        <w:tc>
          <w:tcPr>
            <w:tcW w:type="dxa" w:w="2880"/>
          </w:tcPr>
          <w:p>
            <w:r>
              <w:t>[0,00] €</w:t>
            </w:r>
          </w:p>
        </w:tc>
      </w:tr>
      <w:tr>
        <w:tc>
          <w:tcPr>
            <w:tcW w:type="dxa" w:w="2880"/>
          </w:tcPr>
          <w:p>
            <w:r>
              <w:t>[dd/mm/aaaa]</w:t>
            </w:r>
          </w:p>
        </w:tc>
        <w:tc>
          <w:tcPr>
            <w:tcW w:type="dxa" w:w="2880"/>
          </w:tcPr>
          <w:p>
            <w:r>
              <w:t>Devuelto</w:t>
            </w:r>
          </w:p>
        </w:tc>
        <w:tc>
          <w:tcPr>
            <w:tcW w:type="dxa" w:w="2880"/>
          </w:tcPr>
          <w:p>
            <w:r>
              <w:t>[0,00] €</w:t>
            </w:r>
          </w:p>
        </w:tc>
      </w:tr>
      <w:tr>
        <w:tc>
          <w:tcPr>
            <w:tcW w:type="dxa" w:w="2880"/>
          </w:tcPr>
          <w:p>
            <w:r>
              <w:rPr>
                <w:b/>
              </w:rPr>
              <w:t>A día de hoy</w:t>
            </w:r>
          </w:p>
        </w:tc>
        <w:tc>
          <w:tcPr>
            <w:tcW w:type="dxa" w:w="2880"/>
          </w:tcPr>
          <w:p>
            <w:r>
              <w:rPr>
                <w:b/>
              </w:rPr>
              <w:t>Pendiente de devolver</w:t>
            </w:r>
          </w:p>
        </w:tc>
        <w:tc>
          <w:tcPr>
            <w:tcW w:type="dxa" w:w="2880"/>
          </w:tcPr>
          <w:p>
            <w:r>
              <w:rPr>
                <w:b/>
              </w:rPr>
              <w:t>[0.000,00] €</w:t>
            </w:r>
          </w:p>
        </w:tc>
      </w:tr>
    </w:tbl>
    <w:p/>
    <w:p>
      <w:r>
        <w:rPr>
          <w:b w:val="0"/>
        </w:rPr>
        <w:t>Le pido que me devuelva el importe pendiente antes del [fecha], por transferencia a la cuenta IBAN [ES00 0000 0000 0000 0000 0000] a mi nombre [o por Bizum al +34 600 000 000].</w:t>
      </w:r>
    </w:p>
    <w:p>
      <w:r>
        <w:rPr>
          <w:b w:val="0"/>
        </w:rPr>
        <w:t>Si no le es posible hacerlo de una vez, le propongo [número] pagos de [importe] € el día [día] de cada mes, empezando el [fecha]. Dígame por escrito si le parece bien o qué alternativa me propone.</w:t>
      </w:r>
    </w:p>
    <w:p>
      <w:r>
        <w:rPr>
          <w:b w:val="0"/>
        </w:rPr>
        <w:t>[Opcional, sólo si se pactó por escrito: Según lo acordado, el importe pendiente devenga un interés del [ ]% anual desde el [fecha].]</w:t>
      </w:r>
    </w:p>
    <w:p>
      <w:r>
        <w:rPr>
          <w:b w:val="0"/>
        </w:rPr>
        <w:t>Esta carta es también una invitación a negociar el pago de la deuda descrita, a los efectos de la Ley Orgánica 1/2025, de 2 de enero. Puede responderme por escrito a [correo electrónico] o proponerme una fecha para tratarlo antes del [fecha].</w:t>
      </w:r>
    </w:p>
    <w:p/>
    <w:p>
      <w:r>
        <w:rPr>
          <w:b w:val="0"/>
        </w:rPr>
        <w:t>Atentamente,</w:t>
      </w:r>
    </w:p>
    <w:p/>
    <w:p>
      <w:r>
        <w:rPr>
          <w:b w:val="0"/>
        </w:rPr>
        <w:t>_______________________________</w:t>
      </w:r>
    </w:p>
    <w:p>
      <w:pPr>
        <w:spacing w:after="0"/>
      </w:pPr>
      <w:r>
        <w:rPr>
          <w:b w:val="0"/>
        </w:rPr>
        <w:t>[Nombre y apellidos]</w:t>
      </w:r>
    </w:p>
    <w:p>
      <w:pPr>
        <w:spacing w:after="0"/>
      </w:pPr>
      <w:r>
        <w:rPr>
          <w:b w:val="0"/>
        </w:rPr>
        <w:t>DNI: [00000000-X]</w:t>
      </w:r>
    </w:p>
    <w:p/>
    <w:p>
      <w:r>
        <w:rPr>
          <w:i/>
          <w:color w:val="6B7A79"/>
          <w:sz w:val="18"/>
        </w:rPr>
        <w:t>Cambia todo lo que está entre corchetes y borra esta nota antes de mandarlo. Guarda el justificante de la entrega del dinero y de cada devolución. Formato de makatea.ai/formatos/carta-de-reclamacion-de-deuda. No sustituye la asesoría de un abogado.</w:t>
      </w:r>
    </w:p>
    <w:p>
      <w:r>
        <w:br w:type="page"/>
      </w:r>
    </w:p>
    <w:p>
      <w:pPr>
        <w:jc w:val="center"/>
      </w:pPr>
      <w:r>
        <w:rPr>
          <w:b/>
        </w:rPr>
        <w:t>MODELO 3 · RECLAMACIÓN DE RENTAS DE ALQUILER IMPAGADAS</w:t>
      </w:r>
    </w:p>
    <w:p/>
    <w:p>
      <w:pPr>
        <w:spacing w:after="0"/>
      </w:pPr>
      <w:r>
        <w:rPr>
          <w:b w:val="0"/>
        </w:rPr>
        <w:t>[Nombre del arrendador o de la empresa que gestiona el alquiler]</w:t>
      </w:r>
    </w:p>
    <w:p>
      <w:pPr>
        <w:spacing w:after="0"/>
      </w:pPr>
      <w:r>
        <w:rPr>
          <w:b w:val="0"/>
        </w:rPr>
        <w:t>NIF: [ ]</w:t>
      </w:r>
    </w:p>
    <w:p>
      <w:pPr>
        <w:spacing w:after="0"/>
      </w:pPr>
      <w:r>
        <w:rPr>
          <w:b w:val="0"/>
        </w:rPr>
        <w:t>[Domicilio]</w:t>
      </w:r>
    </w:p>
    <w:p>
      <w:pPr>
        <w:spacing w:after="0"/>
      </w:pPr>
      <w:r>
        <w:rPr>
          <w:b w:val="0"/>
        </w:rPr>
        <w:t>[Teléfono: +34 600 000 000] · [correo electrónico]</w:t>
      </w:r>
    </w:p>
    <w:p/>
    <w:p>
      <w:pPr>
        <w:jc w:val="right"/>
      </w:pPr>
      <w:r>
        <w:rPr>
          <w:b w:val="0"/>
        </w:rPr>
        <w:t>[Ciudad], a [día] de [mes] de [año].</w:t>
      </w:r>
    </w:p>
    <w:p>
      <w:pPr>
        <w:spacing w:after="0"/>
      </w:pPr>
      <w:r>
        <w:rPr>
          <w:b w:val="0"/>
        </w:rPr>
        <w:t>D./Dña. [nombre del arrendatario]</w:t>
      </w:r>
    </w:p>
    <w:p>
      <w:pPr>
        <w:spacing w:after="0"/>
      </w:pPr>
      <w:r>
        <w:rPr>
          <w:b w:val="0"/>
        </w:rPr>
        <w:t>[Dirección de la vivienda o local arrendado]</w:t>
      </w:r>
    </w:p>
    <w:p/>
    <w:p>
      <w:r>
        <w:rPr>
          <w:b/>
        </w:rPr>
        <w:t>Asunto: rentas pendientes del contrato de arrendamiento de [dirección]</w:t>
      </w:r>
    </w:p>
    <w:p>
      <w:r>
        <w:rPr>
          <w:b w:val="0"/>
        </w:rPr>
        <w:t>Estimado/a Sr./Sra. [apellido]:</w:t>
      </w:r>
    </w:p>
    <w:p>
      <w:r>
        <w:rPr>
          <w:b w:val="0"/>
        </w:rPr>
        <w:t>Conforme al contrato de arrendamiento firmado el [fecha] sobre [la vivienda / el local] situado en [dirección], la renta mensual es de [importe] € y se paga [en los días que fija el contrato: …]. A la fecha de esta carta constan pendientes las siguientes cantidades: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Pr>
                <w:b/>
              </w:rPr>
              <w:t>Mes</w:t>
            </w:r>
          </w:p>
        </w:tc>
        <w:tc>
          <w:tcPr>
            <w:tcW w:type="dxa" w:w="1728"/>
          </w:tcPr>
          <w:p>
            <w:r>
              <w:rPr>
                <w:b/>
              </w:rPr>
              <w:t>Renta</w:t>
            </w:r>
          </w:p>
        </w:tc>
        <w:tc>
          <w:tcPr>
            <w:tcW w:type="dxa" w:w="1728"/>
          </w:tcPr>
          <w:p>
            <w:r>
              <w:rPr>
                <w:b/>
              </w:rPr>
              <w:t>Gastos repercutidos según contrato</w:t>
            </w:r>
          </w:p>
        </w:tc>
        <w:tc>
          <w:tcPr>
            <w:tcW w:type="dxa" w:w="1728"/>
          </w:tcPr>
          <w:p>
            <w:r>
              <w:rPr>
                <w:b/>
              </w:rPr>
              <w:t>Pagado</w:t>
            </w:r>
          </w:p>
        </w:tc>
        <w:tc>
          <w:tcPr>
            <w:tcW w:type="dxa" w:w="1728"/>
          </w:tcPr>
          <w:p>
            <w:r>
              <w:rPr>
                <w:b/>
              </w:rPr>
              <w:t>Pendiente</w:t>
            </w:r>
          </w:p>
        </w:tc>
      </w:tr>
      <w:tr>
        <w:tc>
          <w:tcPr>
            <w:tcW w:type="dxa" w:w="1728"/>
          </w:tcPr>
          <w:p>
            <w:r>
              <w:t>[Agosto 2026]</w:t>
            </w:r>
          </w:p>
        </w:tc>
        <w:tc>
          <w:tcPr>
            <w:tcW w:type="dxa" w:w="1728"/>
          </w:tcPr>
          <w:p>
            <w:r>
              <w:t>[000,00] €</w:t>
            </w:r>
          </w:p>
        </w:tc>
        <w:tc>
          <w:tcPr>
            <w:tcW w:type="dxa" w:w="1728"/>
          </w:tcPr>
          <w:p>
            <w:r>
              <w:t>[00,00] € [agua, comunidad, IBI]</w:t>
            </w:r>
          </w:p>
        </w:tc>
        <w:tc>
          <w:tcPr>
            <w:tcW w:type="dxa" w:w="1728"/>
          </w:tcPr>
          <w:p>
            <w:r>
              <w:t>[0,00] €</w:t>
            </w:r>
          </w:p>
        </w:tc>
        <w:tc>
          <w:tcPr>
            <w:tcW w:type="dxa" w:w="1728"/>
          </w:tcPr>
          <w:p>
            <w:r>
              <w:t>[000,00] €</w:t>
            </w:r>
          </w:p>
        </w:tc>
      </w:tr>
      <w:tr>
        <w:tc>
          <w:tcPr>
            <w:tcW w:type="dxa" w:w="1728"/>
          </w:tcPr>
          <w:p>
            <w:r>
              <w:t>[Septiembre 2026]</w:t>
            </w:r>
          </w:p>
        </w:tc>
        <w:tc>
          <w:tcPr>
            <w:tcW w:type="dxa" w:w="1728"/>
          </w:tcPr>
          <w:p>
            <w:r>
              <w:t>[000,00] €</w:t>
            </w:r>
          </w:p>
        </w:tc>
        <w:tc>
          <w:tcPr>
            <w:tcW w:type="dxa" w:w="1728"/>
          </w:tcPr>
          <w:p>
            <w:r>
              <w:t>[00,00] €</w:t>
            </w:r>
          </w:p>
        </w:tc>
        <w:tc>
          <w:tcPr>
            <w:tcW w:type="dxa" w:w="1728"/>
          </w:tcPr>
          <w:p>
            <w:r>
              <w:t>[0,00] €</w:t>
            </w:r>
          </w:p>
        </w:tc>
        <w:tc>
          <w:tcPr>
            <w:tcW w:type="dxa" w:w="1728"/>
          </w:tcPr>
          <w:p>
            <w:r>
              <w:t>[000,00] €</w:t>
            </w:r>
          </w:p>
        </w:tc>
      </w:tr>
      <w:tr>
        <w:tc>
          <w:tcPr>
            <w:tcW w:type="dxa" w:w="1728"/>
          </w:tcPr>
          <w:p>
            <w:r>
              <w:t>[Octubre 2026]</w:t>
            </w:r>
          </w:p>
        </w:tc>
        <w:tc>
          <w:tcPr>
            <w:tcW w:type="dxa" w:w="1728"/>
          </w:tcPr>
          <w:p>
            <w:r>
              <w:t>[000,00] €</w:t>
            </w:r>
          </w:p>
        </w:tc>
        <w:tc>
          <w:tcPr>
            <w:tcW w:type="dxa" w:w="1728"/>
          </w:tcPr>
          <w:p>
            <w:r>
              <w:t>[00,00] €</w:t>
            </w:r>
          </w:p>
        </w:tc>
        <w:tc>
          <w:tcPr>
            <w:tcW w:type="dxa" w:w="1728"/>
          </w:tcPr>
          <w:p>
            <w:r>
              <w:t>[0,00] €</w:t>
            </w:r>
          </w:p>
        </w:tc>
        <w:tc>
          <w:tcPr>
            <w:tcW w:type="dxa" w:w="1728"/>
          </w:tcPr>
          <w:p>
            <w:r>
              <w:t>[000,00] €</w:t>
            </w:r>
          </w:p>
        </w:tc>
      </w:tr>
      <w:tr>
        <w:tc>
          <w:tcPr>
            <w:tcW w:type="dxa" w:w="1728"/>
          </w:tcPr>
          <w:p>
            <w:r>
              <w:rPr>
                <w:b/>
              </w:rPr>
              <w:t>Total pendiente</w:t>
            </w:r>
          </w:p>
        </w:tc>
        <w:tc>
          <w:tcPr>
            <w:tcW w:type="dxa" w:w="1728"/>
          </w:tcPr>
          <w:p>
            <w:r>
              <w:rPr>
                <w:b/>
              </w:rPr>
            </w:r>
          </w:p>
        </w:tc>
        <w:tc>
          <w:tcPr>
            <w:tcW w:type="dxa" w:w="1728"/>
          </w:tcPr>
          <w:p>
            <w:r>
              <w:rPr>
                <w:b/>
              </w:rPr>
            </w:r>
          </w:p>
        </w:tc>
        <w:tc>
          <w:tcPr>
            <w:tcW w:type="dxa" w:w="1728"/>
          </w:tcPr>
          <w:p>
            <w:r>
              <w:rPr>
                <w:b/>
              </w:rPr>
            </w:r>
          </w:p>
        </w:tc>
        <w:tc>
          <w:tcPr>
            <w:tcW w:type="dxa" w:w="1728"/>
          </w:tcPr>
          <w:p>
            <w:r>
              <w:rPr>
                <w:b/>
              </w:rPr>
              <w:t>[0.000,00] €</w:t>
            </w:r>
          </w:p>
        </w:tc>
      </w:tr>
    </w:tbl>
    <w:p/>
    <w:p>
      <w:r>
        <w:rPr>
          <w:b w:val="0"/>
        </w:rPr>
        <w:t>Le ruego que abone el total pendiente antes del [fecha], por transferencia a la cuenta IBAN [ES00 0000 0000 0000 0000 0000] a nombre de [titular], indicando «[dirección] – rentas [meses]».</w:t>
      </w:r>
    </w:p>
    <w:p>
      <w:r>
        <w:rPr>
          <w:b w:val="0"/>
        </w:rPr>
        <w:t>Si no puede pagarlo de una vez, le propongo ponerse al día abonando, junto con la renta de cada mes, [importe] € adicionales hasta [mes y año]. Si su situación ha cambiado, le agradeceré que me lo comunique cuanto antes para buscar entre los dos una solución.</w:t>
      </w:r>
    </w:p>
    <w:p>
      <w:r>
        <w:rPr>
          <w:b w:val="0"/>
        </w:rPr>
        <w:t>Si ya ha pagado, envíeme el justificante a [correo electrónico] para comprobarlo.</w:t>
      </w:r>
    </w:p>
    <w:p>
      <w:r>
        <w:rPr>
          <w:b w:val="0"/>
        </w:rPr>
        <w:t>Esta carta es también una invitación a negociar el pago de la deuda descrita, a los efectos de la Ley Orgánica 1/2025, de 2 de enero. Puede responderme por escrito a [correo electrónico] o proponerme una fecha para tratarlo antes del [fecha].</w:t>
      </w:r>
    </w:p>
    <w:p/>
    <w:p>
      <w:r>
        <w:rPr>
          <w:b w:val="0"/>
        </w:rPr>
        <w:t>Atentamente,</w:t>
      </w:r>
    </w:p>
    <w:p/>
    <w:p>
      <w:r>
        <w:rPr>
          <w:b w:val="0"/>
        </w:rPr>
        <w:t>_______________________________</w:t>
      </w:r>
    </w:p>
    <w:p>
      <w:pPr>
        <w:spacing w:after="0"/>
      </w:pPr>
      <w:r>
        <w:rPr>
          <w:b w:val="0"/>
        </w:rPr>
        <w:t>[Nombre del arrendador]</w:t>
      </w:r>
    </w:p>
    <w:p>
      <w:pPr>
        <w:spacing w:after="0"/>
      </w:pPr>
      <w:r>
        <w:rPr>
          <w:b w:val="0"/>
        </w:rPr>
        <w:t>[DNI o NIF]</w:t>
      </w:r>
    </w:p>
    <w:p/>
    <w:p>
      <w:r>
        <w:rPr>
          <w:i/>
          <w:color w:val="6B7A79"/>
          <w:sz w:val="18"/>
        </w:rPr>
        <w:t>Cambia todo lo que está entre corchetes y borra esta nota antes de mandarlo. Incluye sólo los gastos que el contrato repercute al inquilino. Formato de makatea.ai/formatos/carta-de-reclamacion-de-deuda. No sustituye la asesoría de un abogado.</w:t>
      </w:r>
    </w:p>
    <w:p>
      <w:r>
        <w:br w:type="page"/>
      </w:r>
    </w:p>
    <w:p>
      <w:r>
        <w:rPr>
          <w:b/>
        </w:rPr>
        <w:t>Cómo se manda y qué acredita (borra esta página antes de enviar)</w:t>
      </w:r>
    </w:p>
    <w:p>
      <w:r>
        <w:rPr>
          <w:b w:val="0"/>
        </w:rPr>
        <w:t>Envío. Cualquiera de las tres cartas se puede mandar por burofax con certificación de contenido y acuse de recibo: así queda prueba de qué se envió, cuándo y si se recibió. Para un primer aviso basta el correo electrónico; el burofax deja constancia cuando el aviso no tuvo respuesta.</w:t>
      </w:r>
    </w:p>
    <w:p>
      <w:r>
        <w:rPr>
          <w:b w:val="0"/>
        </w:rPr>
        <w:t>Negociación previa (MASC). Desde la Ley Orgánica 1/2025, de 2 de enero, en el orden civil, con carácter general, para que se admita una demanda hay que haber acudido antes a un medio adecuado de solución de controversias, y vale la negociación directa entre las partes (art. 5.1). Si no hay un documento firmado por las dos partes, el intento se acredita con cualquier documento que pruebe que la otra parte recibió la invitación o la propuesta, en qué fecha, y que pudo acceder a su contenido íntegro (art. 10.2): eso es lo que da el burofax con certificación de contenido.</w:t>
      </w:r>
    </w:p>
    <w:p>
      <w:r>
        <w:rPr>
          <w:b w:val="0"/>
        </w:rPr>
        <w:t>Por eso cada carta describe la deuda con detalle: la solicitud que define bien el objeto de la negociación interrumpe la prescripción desde la fecha en que consta el intento de comunicación (art. 7.1). Si pasan treinta días naturales desde la recepción sin reunión ni respuesta por escrito, el proceso se entiende terminado sin acuerdo (art. 10.4.a), y la demanda debe presentarse dentro del año siguiente para que el requisito se tenga por cumplido (art. 7.3).</w:t>
      </w:r>
    </w:p>
    <w:p>
      <w:r>
        <w:rPr>
          <w:b w:val="0"/>
        </w:rPr>
        <w:t>Fuentes leídas el 13-oct-2026 en el BOE: Ley Orgánica 1/2025, https://www.boe.es/buscar/act.php?id=BOE-A-2025-76 · Ley 3/2004, https://www.boe.es/buscar/act.php?id=BOE-A-2004-21830</w:t>
      </w:r>
    </w:p>
    <w:p/>
    <w:p>
      <w:r>
        <w:rPr>
          <w:i/>
          <w:color w:val="6B7A79"/>
          <w:sz w:val="18"/>
        </w:rPr>
        <w:t>Cambia todo lo que está entre corchetes y borra esta nota antes de mandarlo. Formato de makatea.ai/formatos/carta-de-reclamacion-de-deuda. No sustituye la asesoría de un abogado.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