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SALDO</w:t>
      </w:r>
    </w:p>
    <w:p/>
    <w:p>
      <w:r>
        <w:rPr>
          <w:b w:val="0"/>
        </w:rPr>
        <w:t>A quien pueda interesar:</w:t>
      </w:r>
    </w:p>
    <w:p>
      <w:r>
        <w:rPr>
          <w:b w:val="0"/>
        </w:rPr>
        <w:t>Yo, [nombre completo del acreedor], dominicano(a), mayor de edad, portador(a) de la cédula de identidad y electoral N° [000-0000000-0], domiciliado(a) en [dirección, sector, ciudad], hago constar que el(la) señor(a) [nombre completo del deudor], portador(a) de la cédula N° [000-0000000-0], me pagó la totalidad de la deuda de RD$[monto] ([monto en letras] pesos dominicanos con 00/100) que contrajo conmigo el [fecha] por concepto de [préstamo personal / venta de … / otro concepto].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original de la deuda</w:t>
            </w:r>
          </w:p>
        </w:tc>
        <w:tc>
          <w:tcPr>
            <w:tcW w:type="dxa" w:w="4320"/>
          </w:tcPr>
          <w:p>
            <w:r>
              <w:t>RD$[monto]</w:t>
            </w:r>
          </w:p>
        </w:tc>
      </w:tr>
      <w:tr>
        <w:tc>
          <w:tcPr>
            <w:tcW w:type="dxa" w:w="4320"/>
          </w:tcPr>
          <w:p>
            <w:r>
              <w:t>Fecha del último pago</w:t>
            </w:r>
          </w:p>
        </w:tc>
        <w:tc>
          <w:tcPr>
            <w:tcW w:type="dxa" w:w="4320"/>
          </w:tcPr>
          <w:p>
            <w:r>
              <w:t>[fecha]</w:t>
            </w:r>
          </w:p>
        </w:tc>
      </w:tr>
      <w:tr>
        <w:tc>
          <w:tcPr>
            <w:tcW w:type="dxa" w:w="4320"/>
          </w:tcPr>
          <w:p>
            <w:r>
              <w:t>Forma del último pago</w:t>
            </w:r>
          </w:p>
        </w:tc>
        <w:tc>
          <w:tcPr>
            <w:tcW w:type="dxa" w:w="4320"/>
          </w:tcPr>
          <w:p>
            <w:r>
              <w:t>[efectivo / transferencia al banco … / cheque N° …]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Saldo a la fecha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RD$0.00</w:t>
            </w:r>
          </w:p>
        </w:tc>
      </w:tr>
    </w:tbl>
    <w:p/>
    <w:p>
      <w:r>
        <w:rPr>
          <w:b w:val="0"/>
        </w:rPr>
        <w:t>En consecuencia, declaro la deuda saldada y otorgo al(la) señor(a) [nombre del deudor] formal recibo de descargo y finiquito por ese concepto, sin nada más que reclamarle por esa deuda.</w:t>
      </w:r>
    </w:p>
    <w:p>
      <w:r>
        <w:rPr>
          <w:b w:val="0"/>
        </w:rPr>
        <w:t>[Opcional: Con esta fecha le devuelvo el original del [pagaré / recibo / documento] que firmó el [fecha] como constancia de la deuda.]</w:t>
      </w:r>
    </w:p>
    <w:p>
      <w:r>
        <w:rPr>
          <w:b w:val="0"/>
        </w:rPr>
        <w:t>Hecha y firmada en [ciudad], República Dominicana, a los [día] días del mes de [mes] del año [año].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[Nombre del acreedor] · Acreedor(a)</w:t>
            </w:r>
          </w:p>
        </w:tc>
        <w:tc>
          <w:tcPr>
            <w:tcW w:type="dxa" w:w="4320"/>
          </w:tcPr>
          <w:p>
            <w:r>
              <w:t>[Nombre del deudor] · Recibe conforme</w:t>
            </w:r>
          </w:p>
        </w:tc>
      </w:tr>
    </w:tbl>
    <w:p/>
    <w:p>
      <w:r>
        <w:rPr>
          <w:b w:val="0"/>
        </w:rPr>
        <w:t>Teléfono del acreedor para confirmar esta carta: [+1 809 / 829 / 849 000 0000]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deudas entre particulares. Revisa que el saldo esté en cero antes de firmar. Si la carta se va a presentar ante un tercero que pide firmas legalizadas, la legalización la hace un notario. Formato de makatea.ai/formatos/carta-de-saldo.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SALDO DE PRÉSTAMO</w:t>
      </w:r>
    </w:p>
    <w:p/>
    <w:p>
      <w:pPr>
        <w:spacing w:after="0"/>
      </w:pPr>
      <w:r>
        <w:rPr>
          <w:b w:val="0"/>
        </w:rPr>
        <w:t>Señor(a) [nombre completo del deudor]</w:t>
      </w:r>
    </w:p>
    <w:p>
      <w:pPr>
        <w:spacing w:after="0"/>
      </w:pPr>
      <w:r>
        <w:rPr>
          <w:b w:val="0"/>
        </w:rPr>
        <w:t>Cédula N° [000-0000000-0]</w:t>
      </w:r>
    </w:p>
    <w:p>
      <w:pPr>
        <w:spacing w:after="0"/>
      </w:pPr>
      <w:r>
        <w:rPr>
          <w:b w:val="0"/>
        </w:rPr>
        <w:t>[Dirección]</w:t>
      </w:r>
    </w:p>
    <w:p>
      <w:pPr>
        <w:spacing w:after="0"/>
      </w:pPr>
      <w:r>
        <w:rPr>
          <w:b w:val="0"/>
        </w:rPr>
        <w:t>Su despacho.</w:t>
      </w:r>
    </w:p>
    <w:p/>
    <w:p>
      <w:r>
        <w:rPr>
          <w:b w:val="0"/>
        </w:rPr>
        <w:t>[Razón social de la financiera, cooperativa o prestamista], RNC N° [000-00000-0], por medio de la presente hace constar que el préstamo N° [número], otorgado a usted el [fecha de desembolso] por RD$[monto] ([monto en letras] pesos dominicanos con 00/100), fue saldado en su totalidad el [fecha de saldo].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Préstamo N°</w:t>
            </w:r>
          </w:p>
        </w:tc>
        <w:tc>
          <w:tcPr>
            <w:tcW w:type="dxa" w:w="4320"/>
          </w:tcPr>
          <w:p>
            <w:r>
              <w:t>[número]</w:t>
            </w:r>
          </w:p>
        </w:tc>
      </w:tr>
      <w:tr>
        <w:tc>
          <w:tcPr>
            <w:tcW w:type="dxa" w:w="4320"/>
          </w:tcPr>
          <w:p>
            <w:r>
              <w:t>Plazo y frecuencia</w:t>
            </w:r>
          </w:p>
        </w:tc>
        <w:tc>
          <w:tcPr>
            <w:tcW w:type="dxa" w:w="4320"/>
          </w:tcPr>
          <w:p>
            <w:r>
              <w:t>[número] cuotas [semanales / quincenales / mensuales]</w:t>
            </w:r>
          </w:p>
        </w:tc>
      </w:tr>
      <w:tr>
        <w:tc>
          <w:tcPr>
            <w:tcW w:type="dxa" w:w="4320"/>
          </w:tcPr>
          <w:p>
            <w:r>
              <w:t>Última cuota recibida</w:t>
            </w:r>
          </w:p>
        </w:tc>
        <w:tc>
          <w:tcPr>
            <w:tcW w:type="dxa" w:w="4320"/>
          </w:tcPr>
          <w:p>
            <w:r>
              <w:t>[fecha] · RD$[monto]</w:t>
            </w:r>
          </w:p>
        </w:tc>
      </w:tr>
      <w:tr>
        <w:tc>
          <w:tcPr>
            <w:tcW w:type="dxa" w:w="4320"/>
          </w:tcPr>
          <w:p>
            <w:r>
              <w:t>Forma de saldo</w:t>
            </w:r>
          </w:p>
        </w:tc>
        <w:tc>
          <w:tcPr>
            <w:tcW w:type="dxa" w:w="4320"/>
          </w:tcPr>
          <w:p>
            <w:r>
              <w:t>[pago de todas las cuotas / saldo anticipado]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Balance de capital, intereses, mora y cargos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RD$0.00</w:t>
            </w:r>
          </w:p>
        </w:tc>
      </w:tr>
    </w:tbl>
    <w:p/>
    <w:p>
      <w:r>
        <w:rPr>
          <w:b w:val="0"/>
        </w:rPr>
        <w:t>A la fecha usted no tiene balance pendiente con nosotros por este préstamo, y le otorgamos recibo de descargo y finiquito por ese concepto.</w:t>
      </w:r>
    </w:p>
    <w:p>
      <w:r>
        <w:rPr>
          <w:b w:val="0"/>
        </w:rPr>
        <w:t>[Opcional, según el caso: Con esta fecha se le devuelve el pagaré firmado como garantía. / Se libera la garantía consistente en [vehículo placa … / otro bien], y se le entrega la documentación para el levantamiento que corresponda. / La cancelación se reportará al buró de crédito en el siguiente reporte.]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[Razón social] · RNC [número]</w:t>
      </w:r>
    </w:p>
    <w:p>
      <w:pPr>
        <w:spacing w:after="0"/>
      </w:pPr>
      <w:r>
        <w:rPr>
          <w:b w:val="0"/>
        </w:rPr>
        <w:t>[+1 809 000 0000] · [correo]</w:t>
      </w:r>
    </w:p>
    <w:p/>
    <w:p>
      <w:r>
        <w:rPr>
          <w:b w:val="0"/>
        </w:rPr>
        <w:t>Recibí esta carta y, en su caso, el pagaré original el [fecha]:  ____________________  [nombre, cédula y firma]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préstamos. Revisa contra la tabla de amortización que el balance esté en cero. Borra el párrafo opcional que no aplique: si no reportas a un buró, ese renglón no va. Formato de makatea.ai/formatos/carta-de-saldo.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