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CARTA NOTARIAL</w:t>
      </w:r>
    </w:p>
    <w:p>
      <w:pPr>
        <w:jc w:val="right"/>
      </w:pPr>
      <w:r>
        <w:rPr>
          <w:b w:val="0"/>
        </w:rPr>
        <w:t>[Ciudad], [día] de [mes] de [año]</w:t>
      </w:r>
    </w:p>
    <w:p/>
    <w:p>
      <w:pPr>
        <w:spacing w:after="0"/>
      </w:pPr>
      <w:r>
        <w:rPr>
          <w:b w:val="0"/>
        </w:rPr>
        <w:t>Señor(a): [nombre completo del deudor o razón social]</w:t>
      </w:r>
    </w:p>
    <w:p>
      <w:pPr>
        <w:spacing w:after="0"/>
      </w:pPr>
      <w:r>
        <w:rPr>
          <w:b w:val="0"/>
        </w:rPr>
        <w:t>DNI / RUC: [número]</w:t>
      </w:r>
    </w:p>
    <w:p>
      <w:pPr>
        <w:spacing w:after="0"/>
      </w:pPr>
      <w:r>
        <w:rPr>
          <w:b w:val="0"/>
        </w:rPr>
        <w:t>Domicilio: [calle, número, interior, urbanización], [distrito], [provincia], [departamento]</w:t>
      </w:r>
    </w:p>
    <w:p/>
    <w:p>
      <w:pPr>
        <w:spacing w:after="0"/>
      </w:pPr>
      <w:r>
        <w:rPr>
          <w:b/>
        </w:rPr>
        <w:t>Asunto: Requerimiento de pago de deuda</w:t>
      </w:r>
    </w:p>
    <w:p>
      <w:r>
        <w:rPr>
          <w:b/>
        </w:rPr>
        <w:t>Referencia: [['Concepto', 'Fecha', 'Monto'], ['Monto prestado', '[fecha]', 'S/ [monto]'], ['Pagos recibidos', '[fechas]', 'S/ [monto]'], ['[Intereses, sólo si se pactaron por escrito]', '[periodo]', 'S/ [monto]'], ['Saldo pendiente', '', 'S/ [saldo]']]</w:t>
      </w:r>
    </w:p>
    <w:p/>
    <w:p>
      <w:r>
        <w:rPr>
          <w:b w:val="0"/>
        </w:rPr>
        <w:t>De mi consideración:</w:t>
      </w:r>
    </w:p>
    <w:p>
      <w:r>
        <w:rPr>
          <w:b w:val="0"/>
        </w:rPr>
        <w:t>[</w:t>
      </w:r>
    </w:p>
    <w:tbl>
      <w:tblPr>
        <w:tblStyle w:val="TableGrid"/>
        <w:tblW w:type="auto" w:w="0"/>
        <w:tblLook w:firstColumn="1" w:firstRow="1" w:lastColumn="0" w:lastRow="0" w:noHBand="0" w:noVBand="1" w:val="04A0"/>
      </w:tblPr>
      <w:tblGrid>
        <w:gridCol w:w="4320"/>
        <w:gridCol w:w="4320"/>
      </w:tblGrid>
      <w:tr>
        <w:tc>
          <w:tcPr>
            <w:tcW w:type="dxa" w:w="4320"/>
          </w:tcPr>
          <w:p>
            <w:r>
              <w:rPr>
                <w:b/>
              </w:rPr>
              <w:t>Por medio de la presente le requiero el pago de S/ [monto] ([monto en letras] y 00/100 soles), que usted me adeuda por el préstamo de dinero que le entregué el [fecha de entrega], con el compromiso de devolverlo el [fecha pactada], según [el documento firmado el … / la transferencia del … a su cuenta N° …].</w:t>
            </w:r>
          </w:p>
        </w:tc>
        <w:tc>
          <w:tcPr>
            <w:tcW w:type="dxa" w:w="4320"/>
          </w:tcPr>
          <w:p>
            <w:r>
              <w:rPr>
                <w:b/>
              </w:rPr>
              <w:t>A la fecha el saldo es el siguiente:</w:t>
            </w:r>
          </w:p>
        </w:tc>
      </w:tr>
      <w:tr>
        <w:tc>
          <w:tcPr>
            <w:tcW w:type="dxa" w:w="4320"/>
          </w:tcPr>
          <w:p>
            <w:r>
              <w:rPr>
                <w:b/>
              </w:rPr>
              <w:t>Le pido cancelar ese saldo en un plazo de [número] días calendario contados desde la recepción de esta carta.</w:t>
            </w:r>
          </w:p>
        </w:tc>
        <w:tc>
          <w:tcPr>
            <w:tcW w:type="dxa" w:w="4320"/>
          </w:tcPr>
          <w:p/>
        </w:tc>
      </w:tr>
    </w:tbl>
    <w:p/>
    <w:p>
      <w:r>
        <w:rPr>
          <w:b w:val="0"/>
        </w:rPr>
        <w:t>p</w:t>
      </w:r>
    </w:p>
    <w:p>
      <w:r>
        <w:rPr>
          <w:b w:val="0"/>
        </w:rPr>
        <w:t>Datos para el pago: [banco], cuenta [corriente / de ahorros] en soles N° [número], CCI [20 dígitos], a nombre de [titular]. [Opcional: Yape o Plin al +51 [9 dígitos] a nombre de [titular].] Le pedimos indicar como referencia [su nombre, el número de factura o el inmueble] y enviar la constancia a [correo] o al WhatsApp +51 [9 dígitos].</w:t>
      </w:r>
    </w:p>
    <w:p>
      <w:r>
        <w:rPr>
          <w:b w:val="0"/>
        </w:rPr>
        <w:t>Si usted ya realizó el pago, le agradeceremos enviarnos la constancia para aplicarlo; es posible que todavía no se refleje en nuestro registro. Si no puede cubrir el total en ese plazo, puede escribirnos antes del vencimiento para acordar un cronograma de pagos por escrito.</w:t>
      </w:r>
    </w:p>
    <w:p>
      <w:r>
        <w:rPr>
          <w:b w:val="0"/>
        </w:rPr>
        <w:t>Esta carta deja constancia de la fecha en que se le requirió el pago.</w:t>
      </w:r>
    </w:p>
    <w:p>
      <w:r>
        <w:rPr>
          <w:b w:val="0"/>
        </w:rPr>
        <w:t>Atentamente,</w:t>
      </w:r>
    </w:p>
    <w:p/>
    <w:p>
      <w:r>
        <w:rPr>
          <w:b w:val="0"/>
        </w:rPr>
        <w:t>_______________________________</w:t>
      </w:r>
    </w:p>
    <w:p>
      <w:pPr>
        <w:spacing w:after="0"/>
      </w:pPr>
      <w:r>
        <w:rPr>
          <w:b w:val="0"/>
        </w:rPr>
        <w:t>[Nombre de quien firma]</w:t>
      </w:r>
    </w:p>
    <w:p>
      <w:pPr>
        <w:spacing w:after="0"/>
      </w:pPr>
      <w:r>
        <w:rPr>
          <w:b w:val="0"/>
        </w:rPr>
        <w:t>DNI [número]</w:t>
      </w:r>
    </w:p>
    <w:p>
      <w:pPr>
        <w:spacing w:after="0"/>
      </w:pPr>
      <w:r>
        <w:rPr>
          <w:b w:val="0"/>
        </w:rPr>
        <w:t>[Si firma por una empresa: cargo, razón social y RUC]</w:t>
      </w:r>
    </w:p>
    <w:p>
      <w:pPr>
        <w:spacing w:after="0"/>
      </w:pPr>
      <w:r>
        <w:rPr>
          <w:b w:val="0"/>
        </w:rPr>
        <w:t>[Domicilio del remitente]</w:t>
      </w:r>
    </w:p>
    <w:p/>
    <w:p>
      <w:pPr>
        <w:jc w:val="center"/>
      </w:pPr>
      <w:r>
        <w:rPr>
          <w:b w:val="0"/>
        </w:rPr>
        <w:t>[Espacio para la certificación de la notaría]</w:t>
      </w:r>
    </w:p>
    <w:p/>
    <w:p>
      <w:r>
        <w:rPr>
          <w:i/>
          <w:color w:val="6B7A79"/>
          <w:sz w:val="18"/>
        </w:rPr>
        <w:t>Cambia todo lo que está entre corchetes y borra esta nota antes de mandarlo. Versión 1, deuda de dinero entre particulares. Se presenta en la notaría del lugar del domicilio del destinatario con DNI del remitente; la notaría entrega la carta, certifica la entrega y te devuelve el cargo. Lleva el original y las copias que te pida la notaría. No la hagas parecer un escrito judicial ni la mandes a terceros. Formato de makatea.ai/formatos/carta-notarial-de-cobranza. No sustituye la asesoría de un abogado.</w:t>
      </w:r>
    </w:p>
    <w:p>
      <w:r>
        <w:br w:type="page"/>
      </w:r>
    </w:p>
    <w:p>
      <w:pPr>
        <w:jc w:val="center"/>
      </w:pPr>
      <w:r>
        <w:rPr>
          <w:b/>
        </w:rPr>
        <w:t>CARTA NOTARIAL</w:t>
      </w:r>
    </w:p>
    <w:p>
      <w:pPr>
        <w:jc w:val="right"/>
      </w:pPr>
      <w:r>
        <w:rPr>
          <w:b w:val="0"/>
        </w:rPr>
        <w:t>[Ciudad], [día] de [mes] de [año]</w:t>
      </w:r>
    </w:p>
    <w:p/>
    <w:p>
      <w:pPr>
        <w:spacing w:after="0"/>
      </w:pPr>
      <w:r>
        <w:rPr>
          <w:b w:val="0"/>
        </w:rPr>
        <w:t>Señor(a): [nombre completo del deudor o razón social]</w:t>
      </w:r>
    </w:p>
    <w:p>
      <w:pPr>
        <w:spacing w:after="0"/>
      </w:pPr>
      <w:r>
        <w:rPr>
          <w:b w:val="0"/>
        </w:rPr>
        <w:t>DNI / RUC: [número]</w:t>
      </w:r>
    </w:p>
    <w:p>
      <w:pPr>
        <w:spacing w:after="0"/>
      </w:pPr>
      <w:r>
        <w:rPr>
          <w:b w:val="0"/>
        </w:rPr>
        <w:t>Domicilio: [calle, número, interior, urbanización], [distrito], [provincia], [departamento]</w:t>
      </w:r>
    </w:p>
    <w:p/>
    <w:p>
      <w:pPr>
        <w:spacing w:after="0"/>
      </w:pPr>
      <w:r>
        <w:rPr>
          <w:b/>
        </w:rPr>
        <w:t>Asunto: Requerimiento de pago de facturas vencidas</w:t>
      </w:r>
    </w:p>
    <w:p>
      <w:r>
        <w:rPr>
          <w:b/>
        </w:rPr>
        <w:t>Referencia: [['Factura (serie-número)', 'Emisión', 'Vencimiento', 'Importe', 'Pagado', 'Saldo'], ['F001-[00000000]', '[fecha]', '[fecha]', 'S/ [importe]', 'S/ [pagado]', 'S/ [saldo]'], ['F001-[00000000]', '[fecha]', '[fecha]', 'S/ [importe]', 'S/ [pagado]', 'S/ [saldo]'], ['F001-[00000000]', '[fecha]', '[fecha]', 'S/ [importe]', 'S/ [pagado]', 'S/ [saldo]'], ['Total vencido', '', '', '', '', 'S/ [total]']]</w:t>
      </w:r>
    </w:p>
    <w:p/>
    <w:p>
      <w:r>
        <w:rPr>
          <w:b w:val="0"/>
        </w:rPr>
        <w:t>De mi consideración:</w:t>
      </w:r>
    </w:p>
    <w:p>
      <w:r>
        <w:rPr>
          <w:b w:val="0"/>
        </w:rPr>
        <w:t>F</w:t>
      </w:r>
    </w:p>
    <w:tbl>
      <w:tblPr>
        <w:tblStyle w:val="TableGrid"/>
        <w:tblW w:type="auto" w:w="0"/>
        <w:tblLook w:firstColumn="1" w:firstRow="1" w:lastColumn="0" w:lastRow="0" w:noHBand="0" w:noVBand="1" w:val="04A0"/>
      </w:tblPr>
      <w:tblGrid>
        <w:gridCol w:w="8640"/>
      </w:tblGrid>
      <w:tr>
        <w:tc>
          <w:tcPr>
            <w:tcW w:type="dxa" w:w="8640"/>
          </w:tcPr>
          <w:p>
            <w:r>
              <w:rPr>
                <w:b/>
              </w:rPr>
              <w:t>Por medio de la presente, [razón social de quien cobra], con RUC [11 dígitos], le requiere el pago de las facturas electrónicas que se detallan a continuación, emitidas por [bienes entregados / servicios prestados] conforme a [la orden de compra N° … / el contrato del … / la cotización aceptada del …], con crédito de [número] días, y que a la fecha se encuentran vencidas:</w:t>
            </w:r>
          </w:p>
        </w:tc>
      </w:tr>
      <w:tr>
        <w:tc>
          <w:tcPr>
            <w:tcW w:type="dxa" w:w="8640"/>
          </w:tcPr>
          <w:p>
            <w:r>
              <w:rPr>
                <w:b/>
              </w:rPr>
              <w:t>Le requerimos cancelar el total de S/ [total] ([total en letras] y 00/100 soles) en un plazo de [número] días calendario desde la recepción de esta carta. Si alguna factura está observada por precio, cantidad o datos, le pedimos indicarlo en ese mismo plazo para revisarla.</w:t>
            </w:r>
          </w:p>
        </w:tc>
      </w:tr>
    </w:tbl>
    <w:p/>
    <w:p>
      <w:r>
        <w:rPr>
          <w:b w:val="0"/>
        </w:rPr>
        <w:t>a</w:t>
      </w:r>
    </w:p>
    <w:p>
      <w:r>
        <w:rPr>
          <w:b w:val="0"/>
        </w:rPr>
        <w:t>Datos para el pago: [banco], cuenta [corriente / de ahorros] en soles N° [número], CCI [20 dígitos], a nombre de [titular]. [Opcional: Yape o Plin al +51 [9 dígitos] a nombre de [titular].] Le pedimos indicar como referencia [su nombre, el número de factura o el inmueble] y enviar la constancia a [correo] o al WhatsApp +51 [9 dígitos].</w:t>
      </w:r>
    </w:p>
    <w:p>
      <w:r>
        <w:rPr>
          <w:b w:val="0"/>
        </w:rPr>
        <w:t>Si usted ya realizó el pago, le agradeceremos enviarnos la constancia para aplicarlo; es posible que todavía no se refleje en nuestro registro. Si no puede cubrir el total en ese plazo, puede escribirnos antes del vencimiento para acordar un cronograma de pagos por escrito.</w:t>
      </w:r>
    </w:p>
    <w:p>
      <w:r>
        <w:rPr>
          <w:b w:val="0"/>
        </w:rPr>
        <w:t>Esta carta deja constancia de la fecha en que se le requirió el pago.</w:t>
      </w:r>
    </w:p>
    <w:p>
      <w:r>
        <w:rPr>
          <w:b w:val="0"/>
        </w:rPr>
        <w:t>Atentamente,</w:t>
      </w:r>
    </w:p>
    <w:p/>
    <w:p>
      <w:r>
        <w:rPr>
          <w:b w:val="0"/>
        </w:rPr>
        <w:t>_______________________________</w:t>
      </w:r>
    </w:p>
    <w:p>
      <w:pPr>
        <w:spacing w:after="0"/>
      </w:pPr>
      <w:r>
        <w:rPr>
          <w:b w:val="0"/>
        </w:rPr>
        <w:t>[Nombre de quien firma]</w:t>
      </w:r>
    </w:p>
    <w:p>
      <w:pPr>
        <w:spacing w:after="0"/>
      </w:pPr>
      <w:r>
        <w:rPr>
          <w:b w:val="0"/>
        </w:rPr>
        <w:t>DNI [número]</w:t>
      </w:r>
    </w:p>
    <w:p>
      <w:pPr>
        <w:spacing w:after="0"/>
      </w:pPr>
      <w:r>
        <w:rPr>
          <w:b w:val="0"/>
        </w:rPr>
        <w:t>[Si firma por una empresa: cargo, razón social y RUC]</w:t>
      </w:r>
    </w:p>
    <w:p>
      <w:pPr>
        <w:spacing w:after="0"/>
      </w:pPr>
      <w:r>
        <w:rPr>
          <w:b w:val="0"/>
        </w:rPr>
        <w:t>[Domicilio del remitente]</w:t>
      </w:r>
    </w:p>
    <w:p/>
    <w:p>
      <w:pPr>
        <w:jc w:val="center"/>
      </w:pPr>
      <w:r>
        <w:rPr>
          <w:b w:val="0"/>
        </w:rPr>
        <w:t>[Espacio para la certificación de la notaría]</w:t>
      </w:r>
    </w:p>
    <w:p/>
    <w:p>
      <w:r>
        <w:rPr>
          <w:i/>
          <w:color w:val="6B7A79"/>
          <w:sz w:val="18"/>
        </w:rPr>
        <w:t>Cambia todo lo que está entre corchetes y borra esta nota antes de mandarlo. Versión 2, facturas. Copia los saldos de tu control de cuentas por cobrar; si tu cliente aplicó detracción o retención, descuéntala del saldo. Se presenta en la notaría del lugar del domicilio del destinatario con DNI del remitente; la notaría entrega la carta, certifica la entrega y te devuelve el cargo. Lleva el original y las copias que te pida la notaría. No la hagas parecer un escrito judicial ni la mandes a terceros. Formato de makatea.ai/formatos/carta-notarial-de-cobranza. No sustituye la asesoría de un abogado.</w:t>
      </w:r>
    </w:p>
    <w:p>
      <w:r>
        <w:br w:type="page"/>
      </w:r>
    </w:p>
    <w:p>
      <w:pPr>
        <w:jc w:val="center"/>
      </w:pPr>
      <w:r>
        <w:rPr>
          <w:b/>
        </w:rPr>
        <w:t>CARTA NOTARIAL</w:t>
      </w:r>
    </w:p>
    <w:p>
      <w:pPr>
        <w:jc w:val="right"/>
      </w:pPr>
      <w:r>
        <w:rPr>
          <w:b w:val="0"/>
        </w:rPr>
        <w:t>[Ciudad], [día] de [mes] de [año]</w:t>
      </w:r>
    </w:p>
    <w:p/>
    <w:p>
      <w:pPr>
        <w:spacing w:after="0"/>
      </w:pPr>
      <w:r>
        <w:rPr>
          <w:b w:val="0"/>
        </w:rPr>
        <w:t>Señor(a): [nombre completo del deudor o razón social]</w:t>
      </w:r>
    </w:p>
    <w:p>
      <w:pPr>
        <w:spacing w:after="0"/>
      </w:pPr>
      <w:r>
        <w:rPr>
          <w:b w:val="0"/>
        </w:rPr>
        <w:t>DNI / RUC: [número]</w:t>
      </w:r>
    </w:p>
    <w:p>
      <w:pPr>
        <w:spacing w:after="0"/>
      </w:pPr>
      <w:r>
        <w:rPr>
          <w:b w:val="0"/>
        </w:rPr>
        <w:t>Domicilio: [calle, número, interior, urbanización], [distrito], [provincia], [departamento]</w:t>
      </w:r>
    </w:p>
    <w:p/>
    <w:p>
      <w:pPr>
        <w:spacing w:after="0"/>
      </w:pPr>
      <w:r>
        <w:rPr>
          <w:b/>
        </w:rPr>
        <w:t>Asunto: Requerimiento de pago de alquileres</w:t>
      </w:r>
    </w:p>
    <w:p>
      <w:r>
        <w:rPr>
          <w:b/>
        </w:rPr>
        <w:t>Referencia: [['Mes', 'Vencimiento', 'Renta', 'Pagado', 'Saldo'], ['[mes y año]', '[fecha]', 'S/ [renta]', 'S/ [pagado]', 'S/ [saldo]'], ['[mes y año]', '[fecha]', 'S/ [renta]', 'S/ [pagado]', 'S/ [saldo]'], ['[agrega o borra renglones]', '', '', '', ''], ['Total pendiente', '', '', '', 'S/ [total]']]</w:t>
      </w:r>
    </w:p>
    <w:p/>
    <w:p>
      <w:r>
        <w:rPr>
          <w:b w:val="0"/>
        </w:rPr>
        <w:t>De mi consideración:</w:t>
      </w:r>
    </w:p>
    <w:p>
      <w:r>
        <w:rPr>
          <w:b w:val="0"/>
        </w:rPr>
        <w:t>C</w:t>
      </w:r>
    </w:p>
    <w:tbl>
      <w:tblPr>
        <w:tblStyle w:val="TableGrid"/>
        <w:tblW w:type="auto" w:w="0"/>
        <w:tblLook w:firstColumn="1" w:firstRow="1" w:lastColumn="0" w:lastRow="0" w:noHBand="0" w:noVBand="1" w:val="04A0"/>
      </w:tblPr>
      <w:tblGrid>
        <w:gridCol w:w="8640"/>
      </w:tblGrid>
      <w:tr>
        <w:tc>
          <w:tcPr>
            <w:tcW w:type="dxa" w:w="8640"/>
          </w:tcPr>
          <w:p>
            <w:r>
              <w:rPr>
                <w:b/>
              </w:rPr>
              <w:t>En mi calidad de arrendador(a) del inmueble ubicado en [dirección, distrito], que usted ocupa como arrendatario(a) en virtud del contrato de arrendamiento firmado el [fecha], con una renta mensual de S/ [monto] pagadera el día [día] de cada mes, le requiero el pago de los alquileres que a la fecha no he recibido:</w:t>
            </w:r>
          </w:p>
        </w:tc>
      </w:tr>
      <w:tr>
        <w:tc>
          <w:tcPr>
            <w:tcW w:type="dxa" w:w="8640"/>
          </w:tcPr>
          <w:p>
            <w:r>
              <w:rPr>
                <w:b/>
              </w:rPr>
              <w:t>Le pido cancelar el total de S/ [total] ([total en letras] y 00/100 soles) en un plazo de [número] días calendario desde la recepción de esta carta. [Opcional: Los servicios a su cargo según el contrato (luz, agua, arbitrios) se liquidan con los recibos a la vista.]</w:t>
            </w:r>
          </w:p>
        </w:tc>
      </w:tr>
    </w:tbl>
    <w:p/>
    <w:p>
      <w:r>
        <w:rPr>
          <w:b w:val="0"/>
        </w:rPr>
        <w:t>o</w:t>
      </w:r>
    </w:p>
    <w:p>
      <w:r>
        <w:rPr>
          <w:b w:val="0"/>
        </w:rPr>
        <w:t>Datos para el pago: [banco], cuenta [corriente / de ahorros] en soles N° [número], CCI [20 dígitos], a nombre de [titular]. [Opcional: Yape o Plin al +51 [9 dígitos] a nombre de [titular].] Le pedimos indicar como referencia [su nombre, el número de factura o el inmueble] y enviar la constancia a [correo] o al WhatsApp +51 [9 dígitos].</w:t>
      </w:r>
    </w:p>
    <w:p>
      <w:r>
        <w:rPr>
          <w:b w:val="0"/>
        </w:rPr>
        <w:t>Si usted ya realizó el pago, le agradeceremos enviarnos la constancia para aplicarlo; es posible que todavía no se refleje en nuestro registro. Si no puede cubrir el total en ese plazo, puede escribirnos antes del vencimiento para acordar un cronograma de pagos por escrito.</w:t>
      </w:r>
    </w:p>
    <w:p>
      <w:r>
        <w:rPr>
          <w:b w:val="0"/>
        </w:rPr>
        <w:t>Esta carta deja constancia de la fecha en que se le requirió el pago.</w:t>
      </w:r>
    </w:p>
    <w:p>
      <w:r>
        <w:rPr>
          <w:b w:val="0"/>
        </w:rPr>
        <w:t>Atentamente,</w:t>
      </w:r>
    </w:p>
    <w:p/>
    <w:p>
      <w:r>
        <w:rPr>
          <w:b w:val="0"/>
        </w:rPr>
        <w:t>_______________________________</w:t>
      </w:r>
    </w:p>
    <w:p>
      <w:pPr>
        <w:spacing w:after="0"/>
      </w:pPr>
      <w:r>
        <w:rPr>
          <w:b w:val="0"/>
        </w:rPr>
        <w:t>[Nombre de quien firma]</w:t>
      </w:r>
    </w:p>
    <w:p>
      <w:pPr>
        <w:spacing w:after="0"/>
      </w:pPr>
      <w:r>
        <w:rPr>
          <w:b w:val="0"/>
        </w:rPr>
        <w:t>DNI [número]</w:t>
      </w:r>
    </w:p>
    <w:p>
      <w:pPr>
        <w:spacing w:after="0"/>
      </w:pPr>
      <w:r>
        <w:rPr>
          <w:b w:val="0"/>
        </w:rPr>
        <w:t>[Si firma por una empresa: cargo, razón social y RUC]</w:t>
      </w:r>
    </w:p>
    <w:p>
      <w:pPr>
        <w:spacing w:after="0"/>
      </w:pPr>
      <w:r>
        <w:rPr>
          <w:b w:val="0"/>
        </w:rPr>
        <w:t>[Domicilio del remitente]</w:t>
      </w:r>
    </w:p>
    <w:p/>
    <w:p>
      <w:pPr>
        <w:jc w:val="center"/>
      </w:pPr>
      <w:r>
        <w:rPr>
          <w:b w:val="0"/>
        </w:rPr>
        <w:t>[Espacio para la certificación de la notaría]</w:t>
      </w:r>
    </w:p>
    <w:p/>
    <w:p>
      <w:r>
        <w:rPr>
          <w:i/>
          <w:color w:val="6B7A79"/>
          <w:sz w:val="18"/>
        </w:rPr>
        <w:t>Cambia todo lo que está entre corchetes y borra esta nota antes de mandarlo. Versión 3, alquiler. Va dirigida al arrendatario que firmó el contrato; al fiador, si lo hay, se le escribe en carta aparte. Se presenta en la notaría del lugar del domicilio del destinatario con DNI del remitente; la notaría entrega la carta, certifica la entrega y te devuelve el cargo. Lleva el original y las copias que te pida la notaría. No la hagas parecer un escrito judicial ni la mandes a terceros. Formato de makatea.ai/formatos/carta-notarial-de-cobranza. No sustituye la asesoría de un abogado.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