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CERTIFICADO DEL ACUERDO DE LIQUIDACIÓN DE DEUDA</w:t>
      </w:r>
    </w:p>
    <w:p>
      <w:pPr>
        <w:jc w:val="center"/>
      </w:pPr>
      <w:r>
        <w:rPr>
          <w:b w:val="0"/>
        </w:rPr>
        <w:t>Comunidad de Propietarios [nombre o dirección del edificio] · NIF [H-00000000]</w:t>
      </w:r>
    </w:p>
    <w:p/>
    <w:p>
      <w:r>
        <w:rPr>
          <w:b w:val="0"/>
        </w:rPr>
        <w:t>D./Dña. [nombre y apellidos], con DNI [00000000-X], en su condición de [secretario/a / secretario/a-administrador/a] de la Comunidad de Propietarios [nombre o dirección del edificio], con NIF [H-00000000],</w:t>
      </w:r>
    </w:p>
    <w:p>
      <w:r>
        <w:rPr>
          <w:b/>
        </w:rPr>
        <w:t>CERTIFICA:</w:t>
      </w:r>
    </w:p>
    <w:p>
      <w:r>
        <w:rPr>
          <w:b w:val="0"/>
        </w:rPr>
        <w:t>Primero. Que en la junta [ordinaria / extraordinaria] de propietarios celebrada el [fecha], en [primera / segunda] convocatoria, cuya acta consta en el libro de actas de la comunidad, se aprobó la liquidación de la deuda que mantiene con la comunidad D./Dña. [nombre del propietario], con DNI [00000000-X], propietario/a del piso [planta y puerta], con un coeficiente de participación del [ ]%, por un importe total de [importe] € ([importe en letra] euros), con el siguiente desglose: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Recibo</w:t>
            </w:r>
          </w:p>
        </w:tc>
        <w:tc>
          <w:tcPr>
            <w:tcW w:type="dxa" w:w="1440"/>
          </w:tcPr>
          <w:p>
            <w:r>
              <w:rPr>
                <w:b/>
              </w:rPr>
              <w:t>Concepto</w:t>
            </w:r>
          </w:p>
        </w:tc>
        <w:tc>
          <w:tcPr>
            <w:tcW w:type="dxa" w:w="1440"/>
          </w:tcPr>
          <w:p>
            <w:r>
              <w:rPr>
                <w:b/>
              </w:rPr>
              <w:t>Vencimiento</w:t>
            </w:r>
          </w:p>
        </w:tc>
        <w:tc>
          <w:tcPr>
            <w:tcW w:type="dxa" w:w="1440"/>
          </w:tcPr>
          <w:p>
            <w:r>
              <w:rPr>
                <w:b/>
              </w:rPr>
              <w:t>Importe</w:t>
            </w:r>
          </w:p>
        </w:tc>
        <w:tc>
          <w:tcPr>
            <w:tcW w:type="dxa" w:w="1440"/>
          </w:tcPr>
          <w:p>
            <w:r>
              <w:rPr>
                <w:b/>
              </w:rPr>
              <w:t>Pagado</w:t>
            </w:r>
          </w:p>
        </w:tc>
        <w:tc>
          <w:tcPr>
            <w:tcW w:type="dxa" w:w="1440"/>
          </w:tcPr>
          <w:p>
            <w:r>
              <w:rPr>
                <w:b/>
              </w:rPr>
              <w:t>Pendiente</w:t>
            </w:r>
          </w:p>
        </w:tc>
      </w:tr>
      <w:tr>
        <w:tc>
          <w:tcPr>
            <w:tcW w:type="dxa" w:w="1440"/>
          </w:tcPr>
          <w:p>
            <w:r>
              <w:t>[Julio 2026]</w:t>
            </w:r>
          </w:p>
        </w:tc>
        <w:tc>
          <w:tcPr>
            <w:tcW w:type="dxa" w:w="1440"/>
          </w:tcPr>
          <w:p>
            <w:r>
              <w:t>Cuota ordinaria y fondo de reserva</w:t>
            </w:r>
          </w:p>
        </w:tc>
        <w:tc>
          <w:tcPr>
            <w:tcW w:type="dxa" w:w="1440"/>
          </w:tcPr>
          <w:p>
            <w:r>
              <w:t>[05/07/2026]</w:t>
            </w:r>
          </w:p>
        </w:tc>
        <w:tc>
          <w:tcPr>
            <w:tcW w:type="dxa" w:w="1440"/>
          </w:tcPr>
          <w:p>
            <w:r>
              <w:t>[000,00] €</w:t>
            </w:r>
          </w:p>
        </w:tc>
        <w:tc>
          <w:tcPr>
            <w:tcW w:type="dxa" w:w="1440"/>
          </w:tcPr>
          <w:p>
            <w:r>
              <w:t>[0,00] €</w:t>
            </w:r>
          </w:p>
        </w:tc>
        <w:tc>
          <w:tcPr>
            <w:tcW w:type="dxa" w:w="1440"/>
          </w:tcPr>
          <w:p>
            <w:r>
              <w:t>[000,00] €</w:t>
            </w:r>
          </w:p>
        </w:tc>
      </w:tr>
      <w:tr>
        <w:tc>
          <w:tcPr>
            <w:tcW w:type="dxa" w:w="1440"/>
          </w:tcPr>
          <w:p>
            <w:r>
              <w:t>[Agosto 2026]</w:t>
            </w:r>
          </w:p>
        </w:tc>
        <w:tc>
          <w:tcPr>
            <w:tcW w:type="dxa" w:w="1440"/>
          </w:tcPr>
          <w:p>
            <w:r>
              <w:t>Cuota ordinaria y fondo de reserva</w:t>
            </w:r>
          </w:p>
        </w:tc>
        <w:tc>
          <w:tcPr>
            <w:tcW w:type="dxa" w:w="1440"/>
          </w:tcPr>
          <w:p>
            <w:r>
              <w:t>[05/08/2026]</w:t>
            </w:r>
          </w:p>
        </w:tc>
        <w:tc>
          <w:tcPr>
            <w:tcW w:type="dxa" w:w="1440"/>
          </w:tcPr>
          <w:p>
            <w:r>
              <w:t>[000,00] €</w:t>
            </w:r>
          </w:p>
        </w:tc>
        <w:tc>
          <w:tcPr>
            <w:tcW w:type="dxa" w:w="1440"/>
          </w:tcPr>
          <w:p>
            <w:r>
              <w:t>[0,00] €</w:t>
            </w:r>
          </w:p>
        </w:tc>
        <w:tc>
          <w:tcPr>
            <w:tcW w:type="dxa" w:w="1440"/>
          </w:tcPr>
          <w:p>
            <w:r>
              <w:t>[000,00] €</w:t>
            </w:r>
          </w:p>
        </w:tc>
      </w:tr>
      <w:tr>
        <w:tc>
          <w:tcPr>
            <w:tcW w:type="dxa" w:w="1440"/>
          </w:tcPr>
          <w:p>
            <w:r>
              <w:t>[Septiembre 2026]</w:t>
            </w:r>
          </w:p>
        </w:tc>
        <w:tc>
          <w:tcPr>
            <w:tcW w:type="dxa" w:w="1440"/>
          </w:tcPr>
          <w:p>
            <w:r>
              <w:t>Cuota ordinaria y fondo de reserva</w:t>
            </w:r>
          </w:p>
        </w:tc>
        <w:tc>
          <w:tcPr>
            <w:tcW w:type="dxa" w:w="1440"/>
          </w:tcPr>
          <w:p>
            <w:r>
              <w:t>[05/09/2026]</w:t>
            </w:r>
          </w:p>
        </w:tc>
        <w:tc>
          <w:tcPr>
            <w:tcW w:type="dxa" w:w="1440"/>
          </w:tcPr>
          <w:p>
            <w:r>
              <w:t>[000,00] €</w:t>
            </w:r>
          </w:p>
        </w:tc>
        <w:tc>
          <w:tcPr>
            <w:tcW w:type="dxa" w:w="1440"/>
          </w:tcPr>
          <w:p>
            <w:r>
              <w:t>[0,00] €</w:t>
            </w:r>
          </w:p>
        </w:tc>
        <w:tc>
          <w:tcPr>
            <w:tcW w:type="dxa" w:w="1440"/>
          </w:tcPr>
          <w:p>
            <w:r>
              <w:t>[000,00] €</w:t>
            </w:r>
          </w:p>
        </w:tc>
      </w:tr>
      <w:tr>
        <w:tc>
          <w:tcPr>
            <w:tcW w:type="dxa" w:w="1440"/>
          </w:tcPr>
          <w:p>
            <w:r>
              <w:t>[Derrama 2 de 4]</w:t>
            </w:r>
          </w:p>
        </w:tc>
        <w:tc>
          <w:tcPr>
            <w:tcW w:type="dxa" w:w="1440"/>
          </w:tcPr>
          <w:p>
            <w:r>
              <w:t>[Derrama para … aprobada en junta del …]</w:t>
            </w:r>
          </w:p>
        </w:tc>
        <w:tc>
          <w:tcPr>
            <w:tcW w:type="dxa" w:w="1440"/>
          </w:tcPr>
          <w:p>
            <w:r>
              <w:t>[dd/mm/aaaa]</w:t>
            </w:r>
          </w:p>
        </w:tc>
        <w:tc>
          <w:tcPr>
            <w:tcW w:type="dxa" w:w="1440"/>
          </w:tcPr>
          <w:p>
            <w:r>
              <w:t>[000,00] €</w:t>
            </w:r>
          </w:p>
        </w:tc>
        <w:tc>
          <w:tcPr>
            <w:tcW w:type="dxa" w:w="1440"/>
          </w:tcPr>
          <w:p>
            <w:r>
              <w:t>[0,00] €</w:t>
            </w:r>
          </w:p>
        </w:tc>
        <w:tc>
          <w:tcPr>
            <w:tcW w:type="dxa" w:w="1440"/>
          </w:tcPr>
          <w:p>
            <w:r>
              <w:t>[000,00] €</w:t>
            </w:r>
          </w:p>
        </w:tc>
      </w:tr>
      <w:tr>
        <w:tc>
          <w:tcPr>
            <w:tcW w:type="dxa" w:w="1440"/>
          </w:tcPr>
          <w:p>
            <w:r>
              <w:rPr>
                <w:b/>
              </w:rPr>
              <w:t>Total</w:t>
            </w:r>
          </w:p>
        </w:tc>
        <w:tc>
          <w:tcPr>
            <w:tcW w:type="dxa" w:w="1440"/>
          </w:tcPr>
          <w:p>
            <w:r>
              <w:rPr>
                <w:b/>
              </w:rPr>
            </w:r>
          </w:p>
        </w:tc>
        <w:tc>
          <w:tcPr>
            <w:tcW w:type="dxa" w:w="1440"/>
          </w:tcPr>
          <w:p>
            <w:r>
              <w:rPr>
                <w:b/>
              </w:rPr>
            </w:r>
          </w:p>
        </w:tc>
        <w:tc>
          <w:tcPr>
            <w:tcW w:type="dxa" w:w="1440"/>
          </w:tcPr>
          <w:p>
            <w:r>
              <w:rPr>
                <w:b/>
              </w:rPr>
            </w:r>
          </w:p>
        </w:tc>
        <w:tc>
          <w:tcPr>
            <w:tcW w:type="dxa" w:w="1440"/>
          </w:tcPr>
          <w:p>
            <w:r>
              <w:rPr>
                <w:b/>
              </w:rPr>
            </w:r>
          </w:p>
        </w:tc>
        <w:tc>
          <w:tcPr>
            <w:tcW w:type="dxa" w:w="1440"/>
          </w:tcPr>
          <w:p>
            <w:r>
              <w:rPr>
                <w:b/>
              </w:rPr>
              <w:t>[0.000,00] €</w:t>
            </w:r>
          </w:p>
        </w:tc>
      </w:tr>
    </w:tbl>
    <w:p/>
    <w:p>
      <w:r>
        <w:rPr>
          <w:b w:val="0"/>
        </w:rPr>
        <w:t>Segundo. Que en la misma junta se acordó facultar a [el/la presidente/a / el/la secretario/a-administrador/a] para reclamar dicha deuda, incluso por vía judicial.</w:t>
      </w:r>
    </w:p>
    <w:p>
      <w:r>
        <w:rPr>
          <w:b w:val="0"/>
        </w:rPr>
        <w:t>Tercero. Que el acuerdo de liquidación se notificó al propietario el [fecha] mediante [burofax con certificación de contenido y acuse de recibo / entrega en mano con firma de recibí], en [el domicilio que tiene comunicado a la comunidad / el piso]. [Sólo si no fue posible notificarle en ese domicilio: y se colocó en el tablón de anuncios de la comunidad del [fecha] al [fecha], con la diligencia firmada por el/la secretario/a con el visto bueno del presidente/a.]</w:t>
      </w:r>
    </w:p>
    <w:p>
      <w:r>
        <w:rPr>
          <w:b w:val="0"/>
        </w:rPr>
        <w:t>Y para que conste, a los efectos del artículo 21 de la Ley 49/1960, de 21 de julio, sobre propiedad horizontal, expido el presente certificado con el visto bueno del presidente/a, en [ciudad], a [día] de [mes] de [año].</w:t>
      </w:r>
    </w:p>
    <w:p/>
    <w:tbl>
      <w:tblPr>
        <w:tblStyle w:val="TableGrid"/>
        <w:tblW w:type="auto" w:w="0"/>
        <w:tblLook w:firstColumn="1" w:firstRow="1" w:lastColumn="0" w:lastRow="0" w:noHBand="0" w:noVBand="1" w:val="04A0"/>
      </w:tblPr>
      <w:tblGrid>
        <w:gridCol w:w="4320"/>
        <w:gridCol w:w="4320"/>
      </w:tblGrid>
      <w:tr>
        <w:tc>
          <w:tcPr>
            <w:tcW w:type="dxa" w:w="4320"/>
          </w:tcPr>
          <w:p>
            <w:r>
              <w:t>_______________________</w:t>
            </w:r>
          </w:p>
        </w:tc>
        <w:tc>
          <w:tcPr>
            <w:tcW w:type="dxa" w:w="4320"/>
          </w:tcPr>
          <w:p>
            <w:r>
              <w:t>_______________________</w:t>
            </w:r>
          </w:p>
        </w:tc>
      </w:tr>
      <w:tr>
        <w:tc>
          <w:tcPr>
            <w:tcW w:type="dxa" w:w="4320"/>
          </w:tcPr>
          <w:p>
            <w:r>
              <w:t>El/la secretario/a</w:t>
            </w:r>
          </w:p>
        </w:tc>
        <w:tc>
          <w:tcPr>
            <w:tcW w:type="dxa" w:w="4320"/>
          </w:tcPr>
          <w:p>
            <w:r>
              <w:t>Vº Bº El/la presidente/a</w:t>
            </w:r>
          </w:p>
        </w:tc>
      </w:tr>
      <w:tr>
        <w:tc>
          <w:tcPr>
            <w:tcW w:type="dxa" w:w="4320"/>
          </w:tcPr>
          <w:p>
            <w:r>
              <w:t>[Nombre y apellidos]</w:t>
            </w:r>
          </w:p>
        </w:tc>
        <w:tc>
          <w:tcPr>
            <w:tcW w:type="dxa" w:w="4320"/>
          </w:tcPr>
          <w:p>
            <w:r>
              <w:t>[Nombre y apellidos]</w:t>
            </w:r>
          </w:p>
        </w:tc>
      </w:tr>
    </w:tbl>
    <w:p/>
    <w:p>
      <w:r>
        <w:rPr>
          <w:i/>
          <w:color w:val="6B7A79"/>
          <w:sz w:val="18"/>
        </w:rPr>
        <w:t>Artículo 21.3 de la Ley de Propiedad Horizontal (leído el 13-oct-2026 en https://www.boe.es/buscar/act.php?id=BOE-A-1960-10906): para reclamar por el proceso monitorio se acompaña un certificado del acuerdo de liquidación de la deuda emitido por quien haga las funciones de secretario de la comunidad con el visto bueno del presidente; en él debe constar el importe adeudado y su desglose. No hace falta la firma del presidente si firma un secretario-administrador con cualificación profesional legalmente reconocida que no vaya a intervenir profesionalmente en la reclamación judicial. Además se aporta el documento que acredite que se notificó al deudor; de forma subsidiaria, la ley admite el tablón de anuncios o un lugar visible de la comunidad durante al menos tres días. Úsalo sólo si la notificación personal no fue posible: es el único caso en que la deuda se hace pública.</w:t>
      </w:r>
    </w:p>
    <w:p/>
    <w:p>
      <w:r>
        <w:rPr>
          <w:i/>
          <w:color w:val="6B7A79"/>
          <w:sz w:val="18"/>
        </w:rPr>
        <w:t>Cambia todo lo que está entre corchetes y borra esta nota antes de mandarlo. Los importes salen de la hoja de recibos, no de memoria. Formato de makatea.ai/formatos/certificado-de-deuda-comunidad-de-propietarios. No sustituye la asesoría de un abogado.</w:t>
      </w:r>
    </w:p>
    <w:p>
      <w:r>
        <w:br w:type="page"/>
      </w:r>
    </w:p>
    <w:p>
      <w:pPr>
        <w:jc w:val="center"/>
      </w:pPr>
      <w:r>
        <w:rPr>
          <w:b/>
        </w:rPr>
        <w:t>NOTIFICACIÓN DEL ACUERDO DE LIQUIDACIÓN DE DEUDA</w:t>
      </w:r>
    </w:p>
    <w:p/>
    <w:p>
      <w:pPr>
        <w:jc w:val="right"/>
      </w:pPr>
      <w:r>
        <w:rPr>
          <w:b w:val="0"/>
        </w:rPr>
        <w:t>[Ciudad], a [día] de [mes] de [año].</w:t>
      </w:r>
    </w:p>
    <w:p>
      <w:pPr>
        <w:spacing w:after="0"/>
      </w:pPr>
      <w:r>
        <w:rPr>
          <w:b w:val="0"/>
        </w:rPr>
        <w:t>D./Dña. [nombre del propietario]</w:t>
      </w:r>
    </w:p>
    <w:p>
      <w:pPr>
        <w:spacing w:after="0"/>
      </w:pPr>
      <w:r>
        <w:rPr>
          <w:b w:val="0"/>
        </w:rPr>
        <w:t>Propietario/a del piso [planta y puerta]</w:t>
      </w:r>
    </w:p>
    <w:p>
      <w:pPr>
        <w:spacing w:after="0"/>
      </w:pPr>
      <w:r>
        <w:rPr>
          <w:b w:val="0"/>
        </w:rPr>
        <w:t>[Domicilio de notificaciones comunicado a la comunidad]</w:t>
      </w:r>
    </w:p>
    <w:p/>
    <w:p>
      <w:r>
        <w:rPr>
          <w:b/>
        </w:rPr>
        <w:t>Asunto: liquidación de la deuda del piso [planta y puerta] aprobada en junta</w:t>
      </w:r>
    </w:p>
    <w:p>
      <w:r>
        <w:rPr>
          <w:b w:val="0"/>
        </w:rPr>
        <w:t>Estimado/a Sr./Sra. [apellido]:</w:t>
      </w:r>
    </w:p>
    <w:p>
      <w:r>
        <w:rPr>
          <w:b w:val="0"/>
        </w:rPr>
        <w:t>Le comunico que la junta de propietarios celebrada el [fecha] aprobó la liquidación de la deuda del piso [planta y puerta] con la comunidad, que a esa fecha asciende a [importe] € ([importe en letra] euros), según este detalle: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Recibo</w:t>
            </w:r>
          </w:p>
        </w:tc>
        <w:tc>
          <w:tcPr>
            <w:tcW w:type="dxa" w:w="2880"/>
          </w:tcPr>
          <w:p>
            <w:r>
              <w:rPr>
                <w:b/>
              </w:rPr>
              <w:t>Concepto</w:t>
            </w:r>
          </w:p>
        </w:tc>
        <w:tc>
          <w:tcPr>
            <w:tcW w:type="dxa" w:w="2880"/>
          </w:tcPr>
          <w:p>
            <w:r>
              <w:rPr>
                <w:b/>
              </w:rPr>
              <w:t>Pendiente</w:t>
            </w:r>
          </w:p>
        </w:tc>
      </w:tr>
      <w:tr>
        <w:tc>
          <w:tcPr>
            <w:tcW w:type="dxa" w:w="2880"/>
          </w:tcPr>
          <w:p>
            <w:r>
              <w:t>[Julio 2026]</w:t>
            </w:r>
          </w:p>
        </w:tc>
        <w:tc>
          <w:tcPr>
            <w:tcW w:type="dxa" w:w="2880"/>
          </w:tcPr>
          <w:p>
            <w:r>
              <w:t>Cuota ordinaria y fondo de reserva</w:t>
            </w:r>
          </w:p>
        </w:tc>
        <w:tc>
          <w:tcPr>
            <w:tcW w:type="dxa" w:w="2880"/>
          </w:tcPr>
          <w:p>
            <w:r>
              <w:t>[000,00] €</w:t>
            </w:r>
          </w:p>
        </w:tc>
      </w:tr>
      <w:tr>
        <w:tc>
          <w:tcPr>
            <w:tcW w:type="dxa" w:w="2880"/>
          </w:tcPr>
          <w:p>
            <w:r>
              <w:t>[Agosto 2026]</w:t>
            </w:r>
          </w:p>
        </w:tc>
        <w:tc>
          <w:tcPr>
            <w:tcW w:type="dxa" w:w="2880"/>
          </w:tcPr>
          <w:p>
            <w:r>
              <w:t>Cuota ordinaria y fondo de reserva</w:t>
            </w:r>
          </w:p>
        </w:tc>
        <w:tc>
          <w:tcPr>
            <w:tcW w:type="dxa" w:w="2880"/>
          </w:tcPr>
          <w:p>
            <w:r>
              <w:t>[000,00] €</w:t>
            </w:r>
          </w:p>
        </w:tc>
      </w:tr>
      <w:tr>
        <w:tc>
          <w:tcPr>
            <w:tcW w:type="dxa" w:w="2880"/>
          </w:tcPr>
          <w:p>
            <w:r>
              <w:t>[Septiembre 2026]</w:t>
            </w:r>
          </w:p>
        </w:tc>
        <w:tc>
          <w:tcPr>
            <w:tcW w:type="dxa" w:w="2880"/>
          </w:tcPr>
          <w:p>
            <w:r>
              <w:t>Cuota ordinaria y fondo de reserva</w:t>
            </w:r>
          </w:p>
        </w:tc>
        <w:tc>
          <w:tcPr>
            <w:tcW w:type="dxa" w:w="2880"/>
          </w:tcPr>
          <w:p>
            <w:r>
              <w:t>[000,00] €</w:t>
            </w:r>
          </w:p>
        </w:tc>
      </w:tr>
      <w:tr>
        <w:tc>
          <w:tcPr>
            <w:tcW w:type="dxa" w:w="2880"/>
          </w:tcPr>
          <w:p>
            <w:r>
              <w:rPr>
                <w:b/>
              </w:rPr>
              <w:t>Total</w:t>
            </w:r>
          </w:p>
        </w:tc>
        <w:tc>
          <w:tcPr>
            <w:tcW w:type="dxa" w:w="2880"/>
          </w:tcPr>
          <w:p>
            <w:r>
              <w:rPr>
                <w:b/>
              </w:rPr>
            </w:r>
          </w:p>
        </w:tc>
        <w:tc>
          <w:tcPr>
            <w:tcW w:type="dxa" w:w="2880"/>
          </w:tcPr>
          <w:p>
            <w:r>
              <w:rPr>
                <w:b/>
              </w:rPr>
              <w:t>[0.000,00] €</w:t>
            </w:r>
          </w:p>
        </w:tc>
      </w:tr>
    </w:tbl>
    <w:p/>
    <w:p>
      <w:r>
        <w:rPr>
          <w:b w:val="0"/>
        </w:rPr>
        <w:t>Puede abonarla por transferencia a la cuenta de la comunidad IBAN [ES00 0000 0000 0000 0000 0000], indicando «[piso] – recibos [meses]», antes del [fecha]. Si ya ha pagado alguno de estos recibos, le ruego que envíe el justificante a [correo de la administración] para aplicarlo.</w:t>
      </w:r>
    </w:p>
    <w:p>
      <w:r>
        <w:rPr>
          <w:b w:val="0"/>
        </w:rPr>
        <w:t>Si le resulta más cómodo, puede ponerse al día en [número] pagos de [importe] € junto con el recibo de cada mes; basta con que lo confirme por escrito. Si no está conforme con algún importe, la administración le envía el detalle completo de los recibos del piso.</w:t>
      </w:r>
    </w:p>
    <w:p>
      <w:r>
        <w:rPr>
          <w:b w:val="0"/>
        </w:rPr>
        <w:t>Quedo a su disposición en [teléfono: +34 600 000 000], de [horario].</w:t>
      </w:r>
    </w:p>
    <w:p/>
    <w:p>
      <w:r>
        <w:rPr>
          <w:b w:val="0"/>
        </w:rPr>
        <w:t>Atentamente,</w:t>
      </w:r>
    </w:p>
    <w:p/>
    <w:p>
      <w:r>
        <w:rPr>
          <w:b w:val="0"/>
        </w:rPr>
        <w:t>_______________________________</w:t>
      </w:r>
    </w:p>
    <w:p>
      <w:pPr>
        <w:spacing w:after="0"/>
      </w:pPr>
      <w:r>
        <w:rPr>
          <w:b w:val="0"/>
        </w:rPr>
        <w:t>[Nombre de quien firma]</w:t>
      </w:r>
    </w:p>
    <w:p>
      <w:pPr>
        <w:spacing w:after="0"/>
      </w:pPr>
      <w:r>
        <w:rPr>
          <w:b w:val="0"/>
        </w:rPr>
        <w:t>[Secretario/a o administrador/a] de la Comunidad de Propietarios [nombre]</w:t>
      </w:r>
    </w:p>
    <w:p/>
    <w:p>
      <w:r>
        <w:rPr>
          <w:b w:val="0"/>
        </w:rPr>
        <w:t>Recibí el [fecha]:  ____________________  [nombre y firma]</w:t>
      </w:r>
    </w:p>
    <w:p/>
    <w:p>
      <w:r>
        <w:rPr>
          <w:i/>
          <w:color w:val="6B7A79"/>
          <w:sz w:val="18"/>
        </w:rPr>
        <w:t>Cambia todo lo que está entre corchetes y borra esta nota antes de mandarlo. Mándala por burofax con certificación de contenido y acuse de recibo, o entrégala en mano con firma de recibí: ese justificante es el que se acompaña al certificado. Formato de makatea.ai/formatos/certificado-de-deuda-comunidad-de-propietarios. No sustituye la asesoría de un abogado.</w:t>
      </w:r>
    </w:p>
    <w:p>
      <w:r>
        <w:br w:type="page"/>
      </w:r>
    </w:p>
    <w:p>
      <w:pPr>
        <w:jc w:val="center"/>
      </w:pPr>
      <w:r>
        <w:rPr>
          <w:b/>
        </w:rPr>
        <w:t>CERTIFICADO DE ESTADO DE DEUDAS CON LA COMUNIDAD</w:t>
      </w:r>
    </w:p>
    <w:p>
      <w:pPr>
        <w:jc w:val="center"/>
      </w:pPr>
      <w:r>
        <w:rPr>
          <w:b w:val="0"/>
        </w:rPr>
        <w:t>(para la transmisión del piso o local)</w:t>
      </w:r>
    </w:p>
    <w:p/>
    <w:p>
      <w:r>
        <w:rPr>
          <w:b w:val="0"/>
        </w:rPr>
        <w:t>D./Dña. [nombre y apellidos], [secretario/a / secretario/a-administrador/a] de la Comunidad de Propietarios [nombre o dirección], con NIF [H-00000000], a solicitud de D./Dña. [nombre del propietario] presentada el [fecha de la solicitud],</w:t>
      </w:r>
    </w:p>
    <w:p>
      <w:r>
        <w:rPr>
          <w:b/>
        </w:rPr>
        <w:t>CERTIFICA:</w:t>
      </w:r>
    </w:p>
    <w:p>
      <w:r>
        <w:rPr>
          <w:b w:val="0"/>
        </w:rPr>
        <w:t>Que el piso [planta y puerta], del que es propietario/a D./Dña. [nombre], con un coeficiente de participación del [ ]%, a fecha [fecha de corte]:</w:t>
      </w:r>
    </w:p>
    <w:p>
      <w:r>
        <w:rPr>
          <w:b w:val="0"/>
        </w:rPr>
        <w:t>[Elige una y borra la otra:]</w:t>
      </w:r>
    </w:p>
    <w:p>
      <w:r>
        <w:rPr>
          <w:b w:val="0"/>
        </w:rPr>
        <w:t>(a) Se encuentra al corriente en el pago de los gastos generales de la comunidad, incluidos el fondo de reserva y las derramas aprobadas.</w:t>
      </w:r>
    </w:p>
    <w:p>
      <w:r>
        <w:rPr>
          <w:b w:val="0"/>
        </w:rPr>
        <w:t>(b) Adeuda a la comunidad los siguientes importes: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Periodo</w:t>
            </w:r>
          </w:p>
        </w:tc>
        <w:tc>
          <w:tcPr>
            <w:tcW w:type="dxa" w:w="2880"/>
          </w:tcPr>
          <w:p>
            <w:r>
              <w:rPr>
                <w:b/>
              </w:rPr>
              <w:t>Concepto</w:t>
            </w:r>
          </w:p>
        </w:tc>
        <w:tc>
          <w:tcPr>
            <w:tcW w:type="dxa" w:w="2880"/>
          </w:tcPr>
          <w:p>
            <w:r>
              <w:rPr>
                <w:b/>
              </w:rPr>
              <w:t>Pendiente</w:t>
            </w:r>
          </w:p>
        </w:tc>
      </w:tr>
      <w:tr>
        <w:tc>
          <w:tcPr>
            <w:tcW w:type="dxa" w:w="2880"/>
          </w:tcPr>
          <w:p>
            <w:r>
              <w:t>[Año en curso, parte vencida]</w:t>
            </w:r>
          </w:p>
        </w:tc>
        <w:tc>
          <w:tcPr>
            <w:tcW w:type="dxa" w:w="2880"/>
          </w:tcPr>
          <w:p>
            <w:r>
              <w:t>[Cuotas ordinarias y fondo de reserva]</w:t>
            </w:r>
          </w:p>
        </w:tc>
        <w:tc>
          <w:tcPr>
            <w:tcW w:type="dxa" w:w="2880"/>
          </w:tcPr>
          <w:p>
            <w:r>
              <w:t>[000,00] €</w:t>
            </w:r>
          </w:p>
        </w:tc>
      </w:tr>
      <w:tr>
        <w:tc>
          <w:tcPr>
            <w:tcW w:type="dxa" w:w="2880"/>
          </w:tcPr>
          <w:p>
            <w:r>
              <w:t>[Año anterior]</w:t>
            </w:r>
          </w:p>
        </w:tc>
        <w:tc>
          <w:tcPr>
            <w:tcW w:type="dxa" w:w="2880"/>
          </w:tcPr>
          <w:p>
            <w:r>
              <w:t>[ ]</w:t>
            </w:r>
          </w:p>
        </w:tc>
        <w:tc>
          <w:tcPr>
            <w:tcW w:type="dxa" w:w="2880"/>
          </w:tcPr>
          <w:p>
            <w:r>
              <w:t>[000,00] €</w:t>
            </w:r>
          </w:p>
        </w:tc>
      </w:tr>
      <w:tr>
        <w:tc>
          <w:tcPr>
            <w:tcW w:type="dxa" w:w="2880"/>
          </w:tcPr>
          <w:p>
            <w:r>
              <w:t>[Derramas aprobadas pendientes]</w:t>
            </w:r>
          </w:p>
        </w:tc>
        <w:tc>
          <w:tcPr>
            <w:tcW w:type="dxa" w:w="2880"/>
          </w:tcPr>
          <w:p>
            <w:r>
              <w:t>[ ]</w:t>
            </w:r>
          </w:p>
        </w:tc>
        <w:tc>
          <w:tcPr>
            <w:tcW w:type="dxa" w:w="2880"/>
          </w:tcPr>
          <w:p>
            <w:r>
              <w:t>[000,00] €</w:t>
            </w:r>
          </w:p>
        </w:tc>
      </w:tr>
      <w:tr>
        <w:tc>
          <w:tcPr>
            <w:tcW w:type="dxa" w:w="2880"/>
          </w:tcPr>
          <w:p>
            <w:r>
              <w:rPr>
                <w:b/>
              </w:rPr>
              <w:t>Total</w:t>
            </w:r>
          </w:p>
        </w:tc>
        <w:tc>
          <w:tcPr>
            <w:tcW w:type="dxa" w:w="2880"/>
          </w:tcPr>
          <w:p>
            <w:r>
              <w:rPr>
                <w:b/>
              </w:rPr>
            </w:r>
          </w:p>
        </w:tc>
        <w:tc>
          <w:tcPr>
            <w:tcW w:type="dxa" w:w="2880"/>
          </w:tcPr>
          <w:p>
            <w:r>
              <w:rPr>
                <w:b/>
              </w:rPr>
              <w:t>[0.000,00] €</w:t>
            </w:r>
          </w:p>
        </w:tc>
      </w:tr>
    </w:tbl>
    <w:p/>
    <w:p>
      <w:r>
        <w:rPr>
          <w:b w:val="0"/>
        </w:rPr>
        <w:t>[Si las hay: Derramas aprobadas por la junta del [fecha] aún no vencidas: [importe] €, con vencimiento el [fecha].]</w:t>
      </w:r>
    </w:p>
    <w:p>
      <w:r>
        <w:rPr>
          <w:b w:val="0"/>
        </w:rPr>
        <w:t>Y para que conste ante [notario/a D./Dña. … / quien corresponda], expido el presente con el visto bueno del presidente/a en [ciudad], a [día] de [mes] de [año].</w:t>
      </w:r>
    </w:p>
    <w:p/>
    <w:tbl>
      <w:tblPr>
        <w:tblStyle w:val="TableGrid"/>
        <w:tblW w:type="auto" w:w="0"/>
        <w:tblLook w:firstColumn="1" w:firstRow="1" w:lastColumn="0" w:lastRow="0" w:noHBand="0" w:noVBand="1" w:val="04A0"/>
      </w:tblPr>
      <w:tblGrid>
        <w:gridCol w:w="4320"/>
        <w:gridCol w:w="4320"/>
      </w:tblGrid>
      <w:tr>
        <w:tc>
          <w:tcPr>
            <w:tcW w:type="dxa" w:w="4320"/>
          </w:tcPr>
          <w:p>
            <w:r>
              <w:t>_______________________</w:t>
            </w:r>
          </w:p>
        </w:tc>
        <w:tc>
          <w:tcPr>
            <w:tcW w:type="dxa" w:w="4320"/>
          </w:tcPr>
          <w:p>
            <w:r>
              <w:t>_______________________</w:t>
            </w:r>
          </w:p>
        </w:tc>
      </w:tr>
      <w:tr>
        <w:tc>
          <w:tcPr>
            <w:tcW w:type="dxa" w:w="4320"/>
          </w:tcPr>
          <w:p>
            <w:r>
              <w:t>El/la secretario/a</w:t>
            </w:r>
          </w:p>
        </w:tc>
        <w:tc>
          <w:tcPr>
            <w:tcW w:type="dxa" w:w="4320"/>
          </w:tcPr>
          <w:p>
            <w:r>
              <w:t>Vº Bº El/la presidente/a</w:t>
            </w:r>
          </w:p>
        </w:tc>
      </w:tr>
    </w:tbl>
    <w:p/>
    <w:p>
      <w:r>
        <w:rPr>
          <w:i/>
          <w:color w:val="6B7A79"/>
          <w:sz w:val="18"/>
        </w:rPr>
        <w:t>Artículo 9.1.e de la Ley de Propiedad Horizontal (leído el 13-oct-2026 en https://www.boe.es/buscar/act.php?id=BOE-A-1960-10906): en la escritura de venta, el vendedor declara estar al corriente o lo que adeuda y aporta esta certificación, que emite quien ejerza las funciones de secretario, con el visto bueno del presidente, en un plazo máximo de siete días naturales desde la solicitud; ambos responden de la exactitud de los datos. El comprador responde con el piso de lo adeudado de la parte vencida del año de la compra y los tres años naturales anteriores.</w:t>
      </w:r>
    </w:p>
    <w:p/>
    <w:p>
      <w:r>
        <w:rPr>
          <w:i/>
          <w:color w:val="6B7A79"/>
          <w:sz w:val="18"/>
        </w:rPr>
        <w:t>Cambia todo lo que está entre corchetes y borra esta nota antes de mandarlo. Formato de makatea.ai/formatos/certificado-de-deuda-comunidad-de-propietarios.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