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CERTIFICADO DE NO ADEUDO</w:t>
      </w:r>
    </w:p>
    <w:p/>
    <w:p>
      <w:r>
        <w:rPr>
          <w:b w:val="0"/>
        </w:rPr>
        <w:t>[Nombre de quien firma], en calidad de [gerente / representante legal / propietario] de [razón social o nombre comercial], con RUC [13 dígitos],</w:t>
      </w:r>
    </w:p>
    <w:p>
      <w:r>
        <w:rPr>
          <w:b/>
        </w:rPr>
        <w:t>CERTIFICO:</w:t>
      </w:r>
    </w:p>
    <w:p>
      <w:r>
        <w:rPr>
          <w:b w:val="0"/>
        </w:rPr>
        <w:t>Que [nombre completo del cliente], con cédula de ciudadanía N° [10 dígitos] [o razón social y RUC], no mantiene valores pendientes de pago con [razón social] por concepto de [ventas a crédito / servicios de … / préstamo N° …], con corte al [fecha de corte].</w:t>
      </w:r>
    </w:p>
    <w:p>
      <w:r>
        <w:rPr>
          <w:b w:val="0"/>
        </w:rPr>
        <w:t>El último pago registrado fue de USD [monto] ([monto en letras] dólares de los Estados Unidos de América), recibido el [fecha], con el que quedó cancelado el saldo.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Concepto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Saldo a la fecha de corte</w:t>
            </w:r>
          </w:p>
        </w:tc>
        <w:tc>
          <w:tcPr>
            <w:tcW w:type="dxa" w:w="4320"/>
          </w:tcPr>
          <w:p>
            <w:r>
              <w:t>USD 0.00</w:t>
            </w:r>
          </w:p>
        </w:tc>
      </w:tr>
      <w:tr>
        <w:tc>
          <w:tcPr>
            <w:tcW w:type="dxa" w:w="4320"/>
          </w:tcPr>
          <w:p>
            <w:r>
              <w:t>Último pago</w:t>
            </w:r>
          </w:p>
        </w:tc>
        <w:tc>
          <w:tcPr>
            <w:tcW w:type="dxa" w:w="4320"/>
          </w:tcPr>
          <w:p>
            <w:r>
              <w:t>[fecha] · USD [monto]</w:t>
            </w:r>
          </w:p>
        </w:tc>
      </w:tr>
    </w:tbl>
    <w:p/>
    <w:p>
      <w:r>
        <w:rPr>
          <w:b w:val="0"/>
        </w:rPr>
        <w:t>Es todo cuanto puedo certificar en honor a la verdad. El interesado puede hacer uso del presente certificado como estime conveniente. Este certificado se refiere al concepto y a la fecha de corte señalados y no incluye valores que se generen después.</w:t>
      </w:r>
    </w:p>
    <w:p>
      <w:r>
        <w:rPr>
          <w:b w:val="0"/>
        </w:rPr>
        <w:t>[Ciudad], [día] de [mes] de [año].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[Cargo]</w:t>
      </w:r>
    </w:p>
    <w:p>
      <w:pPr>
        <w:spacing w:after="0"/>
      </w:pPr>
      <w:r>
        <w:rPr>
          <w:b w:val="0"/>
        </w:rPr>
        <w:t>[Razón social] · RUC [número]</w:t>
      </w:r>
    </w:p>
    <w:p>
      <w:pPr>
        <w:spacing w:after="0"/>
      </w:pPr>
      <w:r>
        <w:rPr>
          <w:b w:val="0"/>
        </w:rPr>
        <w:t>+593 [número] · [correo]</w:t>
      </w:r>
    </w:p>
    <w:p/>
    <w:p>
      <w:r>
        <w:rPr>
          <w:b w:val="0"/>
        </w:rPr>
        <w:t>[Sello, si lo usa]</w:t>
      </w:r>
    </w:p>
    <w:p/>
    <w:p>
      <w:r>
        <w:rPr>
          <w:i/>
          <w:color w:val="6B7A79"/>
          <w:sz w:val="18"/>
        </w:rPr>
        <w:t>Cambia todo lo que está entre corchetes y borra esta nota antes de mandarlo. Versión para un negocio o empresa. Revisa contra el estado de cuenta que el saldo esté en cero antes de firmar. Formato de makatea.ai/formatos/certificado-de-no-adeudo. No sustituye la asesoría de un abogado.</w:t>
      </w:r>
    </w:p>
    <w:p>
      <w:r>
        <w:br w:type="page"/>
      </w:r>
    </w:p>
    <w:p>
      <w:pPr>
        <w:jc w:val="center"/>
      </w:pPr>
      <w:r>
        <w:rPr>
          <w:b/>
        </w:rPr>
        <w:t>CERTIFICADO DE NO ADEUDO DE ALÍCUOTAS</w:t>
      </w:r>
    </w:p>
    <w:p/>
    <w:p>
      <w:r>
        <w:rPr>
          <w:b w:val="0"/>
        </w:rPr>
        <w:t>[Nombre de quien administra], en calidad de administrador(a) de [conjunto habitacional / urbanización / edificio] [nombre], ubicado en [dirección],</w:t>
      </w:r>
    </w:p>
    <w:p>
      <w:r>
        <w:rPr>
          <w:b/>
        </w:rPr>
        <w:t>CERTIFICO:</w:t>
      </w:r>
    </w:p>
    <w:p>
      <w:r>
        <w:rPr>
          <w:b w:val="0"/>
        </w:rPr>
        <w:t>Que [casa / departamento / local] [número], de propiedad de [nombre del copropietario], con cédula N° [10 dígitos], no mantiene valores pendientes por alícuotas ordinarias, alícuotas extraordinarias ni [otros valores: multas aprobadas por la asamblea, consumo de agua, parqueadero], con corte al [fecha de corte].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Concepto</w:t>
            </w:r>
          </w:p>
        </w:tc>
        <w:tc>
          <w:tcPr>
            <w:tcW w:type="dxa" w:w="2880"/>
          </w:tcPr>
          <w:p>
            <w:r>
              <w:t>Pagado hasta</w:t>
            </w:r>
          </w:p>
        </w:tc>
        <w:tc>
          <w:tcPr>
            <w:tcW w:type="dxa" w:w="2880"/>
          </w:tcPr>
          <w:p>
            <w:r>
              <w:t>Saldo</w:t>
            </w:r>
          </w:p>
        </w:tc>
      </w:tr>
      <w:tr>
        <w:tc>
          <w:tcPr>
            <w:tcW w:type="dxa" w:w="2880"/>
          </w:tcPr>
          <w:p>
            <w:r>
              <w:t>Alícuota ordinaria</w:t>
            </w:r>
          </w:p>
        </w:tc>
        <w:tc>
          <w:tcPr>
            <w:tcW w:type="dxa" w:w="2880"/>
          </w:tcPr>
          <w:p>
            <w:r>
              <w:t>[mes y año]</w:t>
            </w:r>
          </w:p>
        </w:tc>
        <w:tc>
          <w:tcPr>
            <w:tcW w:type="dxa" w:w="2880"/>
          </w:tcPr>
          <w:p>
            <w:r>
              <w:t>USD 0.00</w:t>
            </w:r>
          </w:p>
        </w:tc>
      </w:tr>
      <w:tr>
        <w:tc>
          <w:tcPr>
            <w:tcW w:type="dxa" w:w="2880"/>
          </w:tcPr>
          <w:p>
            <w:r>
              <w:t>Alícuota extraordinaria</w:t>
            </w:r>
          </w:p>
        </w:tc>
        <w:tc>
          <w:tcPr>
            <w:tcW w:type="dxa" w:w="2880"/>
          </w:tcPr>
          <w:p>
            <w:r>
              <w:t>[mes y año]</w:t>
            </w:r>
          </w:p>
        </w:tc>
        <w:tc>
          <w:tcPr>
            <w:tcW w:type="dxa" w:w="2880"/>
          </w:tcPr>
          <w:p>
            <w:r>
              <w:t>USD 0.00</w:t>
            </w:r>
          </w:p>
        </w:tc>
      </w:tr>
      <w:tr>
        <w:tc>
          <w:tcPr>
            <w:tcW w:type="dxa" w:w="2880"/>
          </w:tcPr>
          <w:p>
            <w:r>
              <w:t>[Otro valor]</w:t>
            </w:r>
          </w:p>
        </w:tc>
        <w:tc>
          <w:tcPr>
            <w:tcW w:type="dxa" w:w="2880"/>
          </w:tcPr>
          <w:p>
            <w:r>
              <w:t>[mes y año]</w:t>
            </w:r>
          </w:p>
        </w:tc>
        <w:tc>
          <w:tcPr>
            <w:tcW w:type="dxa" w:w="2880"/>
          </w:tcPr>
          <w:p>
            <w:r>
              <w:t>USD 0.00</w:t>
            </w:r>
          </w:p>
        </w:tc>
      </w:tr>
    </w:tbl>
    <w:p/>
    <w:p>
      <w:r>
        <w:rPr>
          <w:b w:val="0"/>
        </w:rPr>
        <w:t>Se confiere a petición de [nombre] para [la compraventa del inmueble / el contrato de arrendamiento / los fines que estime convenientes]. El interesado puede hacer uso del presente certificado como estime conveniente. Este certificado se refiere al concepto y a la fecha de corte señalados y no incluye valores que se generen después.</w:t>
      </w:r>
    </w:p>
    <w:p>
      <w:r>
        <w:rPr>
          <w:b w:val="0"/>
        </w:rPr>
        <w:t>[Ciudad], [día] de [mes] de [año].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administra]</w:t>
      </w:r>
    </w:p>
    <w:p>
      <w:pPr>
        <w:spacing w:after="0"/>
      </w:pPr>
      <w:r>
        <w:rPr>
          <w:b w:val="0"/>
        </w:rPr>
        <w:t>Administrador(a) de [nombre del conjunto]</w:t>
      </w:r>
    </w:p>
    <w:p>
      <w:pPr>
        <w:spacing w:after="0"/>
      </w:pPr>
      <w:r>
        <w:rPr>
          <w:b w:val="0"/>
        </w:rPr>
        <w:t>+593 [número] · [correo]</w:t>
      </w:r>
    </w:p>
    <w:p/>
    <w:p>
      <w:r>
        <w:rPr>
          <w:b w:val="0"/>
        </w:rPr>
        <w:t>[Sello, si lo usa]</w:t>
      </w:r>
    </w:p>
    <w:p/>
    <w:p>
      <w:r>
        <w:rPr>
          <w:i/>
          <w:color w:val="6B7A79"/>
          <w:sz w:val="18"/>
        </w:rPr>
        <w:t>Cambia todo lo que está entre corchetes y borra esta nota antes de mandarlo. Versión para conjuntos y urbanizaciones. Revisa contra el control de alícuotas que la unidad esté en cero, incluida la extraordinaria. Formato de makatea.ai/formatos/certificado-de-no-adeudo. No sustituye la asesoría de un abogado.</w:t>
      </w:r>
    </w:p>
    <w:p>
      <w:r>
        <w:br w:type="page"/>
      </w:r>
    </w:p>
    <w:p>
      <w:pPr>
        <w:jc w:val="center"/>
      </w:pPr>
      <w:r>
        <w:rPr>
          <w:b/>
        </w:rPr>
        <w:t>CERTIFICADO DE NO ADEUDO DE PENSIONES</w:t>
      </w:r>
    </w:p>
    <w:p/>
    <w:p>
      <w:r>
        <w:rPr>
          <w:b w:val="0"/>
        </w:rPr>
        <w:t>[Nombre de quien firma], [rector(a) / colector(a) / administrador(a) financiero(a)] de la unidad educativa particular [nombre],</w:t>
      </w:r>
    </w:p>
    <w:p>
      <w:r>
        <w:rPr>
          <w:b/>
        </w:rPr>
        <w:t>CERTIFICO:</w:t>
      </w:r>
    </w:p>
    <w:p>
      <w:r>
        <w:rPr>
          <w:b w:val="0"/>
        </w:rPr>
        <w:t>Que el(la) estudiante [nombre completo], con cédula N° [10 dígitos], de [año de educación básica o bachillerato] en el año lectivo [2026-2027], representado(a) por [nombre del representante], con cédula N° [10 dígitos], no mantiene valores pendientes por concepto de matrícula, pensiones ni [otros valores: transporte, alimentación], con corte al [fecha de corte].</w:t>
      </w:r>
    </w:p>
    <w:p>
      <w:r>
        <w:rPr>
          <w:b w:val="0"/>
        </w:rPr>
        <w:t>Se confiere a petición del representante para [el pase a otra institución / la solicitud de beca / los fines que estime convenientes]. El interesado puede hacer uso del presente certificado como estime conveniente. Este certificado se refiere al concepto y a la fecha de corte señalados y no incluye valores que se generen después.</w:t>
      </w:r>
    </w:p>
    <w:p>
      <w:r>
        <w:rPr>
          <w:b w:val="0"/>
        </w:rPr>
        <w:t>[Ciudad], [día] de [mes] de [año].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[Cargo]</w:t>
      </w:r>
    </w:p>
    <w:p>
      <w:pPr>
        <w:spacing w:after="0"/>
      </w:pPr>
      <w:r>
        <w:rPr>
          <w:b w:val="0"/>
        </w:rPr>
        <w:t>Unidad Educativa [nombre]</w:t>
      </w:r>
    </w:p>
    <w:p>
      <w:pPr>
        <w:spacing w:after="0"/>
      </w:pPr>
      <w:r>
        <w:rPr>
          <w:b w:val="0"/>
        </w:rPr>
        <w:t>+593 [número] · [correo]</w:t>
      </w:r>
    </w:p>
    <w:p/>
    <w:p>
      <w:r>
        <w:rPr>
          <w:b w:val="0"/>
        </w:rPr>
        <w:t>[Sello, si lo usa]</w:t>
      </w:r>
    </w:p>
    <w:p/>
    <w:p>
      <w:r>
        <w:rPr>
          <w:i/>
          <w:color w:val="6B7A79"/>
          <w:sz w:val="18"/>
        </w:rPr>
        <w:t>Cambia todo lo que está entre corchetes y borra esta nota antes de mandarlo. Versión para colegios. La firma quien lleva la colecturía o la administración. Formato de makatea.ai/formatos/certificado-de-no-adeudo.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