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NOTA DE COBRO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Folio</w:t>
            </w:r>
          </w:p>
        </w:tc>
        <w:tc>
          <w:tcPr>
            <w:tcW w:type="dxa" w:w="2160"/>
          </w:tcPr>
          <w:p>
            <w:r>
              <w:t>[0001]</w:t>
            </w:r>
          </w:p>
        </w:tc>
        <w:tc>
          <w:tcPr>
            <w:tcW w:type="dxa" w:w="2160"/>
          </w:tcPr>
          <w:p>
            <w:r>
              <w:t>Fecha</w:t>
            </w:r>
          </w:p>
        </w:tc>
        <w:tc>
          <w:tcPr>
            <w:tcW w:type="dxa" w:w="2160"/>
          </w:tcPr>
          <w:p>
            <w:r>
              <w:t>[día/mes/año]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De</w:t>
            </w:r>
          </w:p>
        </w:tc>
        <w:tc>
          <w:tcPr>
            <w:tcW w:type="dxa" w:w="4320"/>
          </w:tcPr>
          <w:p>
            <w:r>
              <w:t>[Nombre o negocio de quien cobra]</w:t>
            </w:r>
          </w:p>
        </w:tc>
      </w:tr>
      <w:tr>
        <w:tc>
          <w:tcPr>
            <w:tcW w:type="dxa" w:w="4320"/>
          </w:tcPr>
          <w:p>
            <w:r>
              <w:t>Teléfono y correo</w:t>
            </w:r>
          </w:p>
        </w:tc>
        <w:tc>
          <w:tcPr>
            <w:tcW w:type="dxa" w:w="4320"/>
          </w:tcPr>
          <w:p>
            <w:r>
              <w:t>[teléfono] · [correo]</w:t>
            </w:r>
          </w:p>
        </w:tc>
      </w:tr>
      <w:tr>
        <w:tc>
          <w:tcPr>
            <w:tcW w:type="dxa" w:w="4320"/>
          </w:tcPr>
          <w:p>
            <w:r>
              <w:t>Para</w:t>
            </w:r>
          </w:p>
        </w:tc>
        <w:tc>
          <w:tcPr>
            <w:tcW w:type="dxa" w:w="4320"/>
          </w:tcPr>
          <w:p>
            <w:r>
              <w:t>[Nombre del cliente]</w:t>
            </w:r>
          </w:p>
        </w:tc>
      </w:tr>
      <w:tr>
        <w:tc>
          <w:tcPr>
            <w:tcW w:type="dxa" w:w="4320"/>
          </w:tcPr>
          <w:p>
            <w:r>
              <w:t>Domicilio o lugar del trabajo</w:t>
            </w:r>
          </w:p>
        </w:tc>
        <w:tc>
          <w:tcPr>
            <w:tcW w:type="dxa" w:w="4320"/>
          </w:tcPr>
          <w:p>
            <w:r>
              <w:t>[domicilio]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Cantidad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Descripción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Precio unitario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Importe</w:t>
            </w:r>
          </w:p>
        </w:tc>
      </w:tr>
      <w:tr>
        <w:tc>
          <w:tcPr>
            <w:tcW w:type="dxa" w:w="2160"/>
          </w:tcPr>
          <w:p>
            <w:r>
              <w:t>[1]</w:t>
            </w:r>
          </w:p>
        </w:tc>
        <w:tc>
          <w:tcPr>
            <w:tcW w:type="dxa" w:w="2160"/>
          </w:tcPr>
          <w:p>
            <w:r>
              <w:t>[Servicio o trabajo realizado]</w:t>
            </w:r>
          </w:p>
        </w:tc>
        <w:tc>
          <w:tcPr>
            <w:tcW w:type="dxa" w:w="2160"/>
          </w:tcPr>
          <w:p>
            <w:r>
              <w:t>$[precio]</w:t>
            </w:r>
          </w:p>
        </w:tc>
        <w:tc>
          <w:tcPr>
            <w:tcW w:type="dxa" w:w="2160"/>
          </w:tcPr>
          <w:p>
            <w:r>
              <w:t>$[importe]</w:t>
            </w:r>
          </w:p>
        </w:tc>
      </w:tr>
      <w:tr>
        <w:tc>
          <w:tcPr>
            <w:tcW w:type="dxa" w:w="2160"/>
          </w:tcPr>
          <w:p>
            <w:r>
              <w:t>[1]</w:t>
            </w:r>
          </w:p>
        </w:tc>
        <w:tc>
          <w:tcPr>
            <w:tcW w:type="dxa" w:w="2160"/>
          </w:tcPr>
          <w:p>
            <w:r>
              <w:t>[Material o refacción]</w:t>
            </w:r>
          </w:p>
        </w:tc>
        <w:tc>
          <w:tcPr>
            <w:tcW w:type="dxa" w:w="2160"/>
          </w:tcPr>
          <w:p>
            <w:r>
              <w:t>$[precio]</w:t>
            </w:r>
          </w:p>
        </w:tc>
        <w:tc>
          <w:tcPr>
            <w:tcW w:type="dxa" w:w="2160"/>
          </w:tcPr>
          <w:p>
            <w:r>
              <w:t>$[importe]</w:t>
            </w:r>
          </w:p>
        </w:tc>
      </w:tr>
      <w:tr>
        <w:tc>
          <w:tcPr>
            <w:tcW w:type="dxa" w:w="2160"/>
          </w:tcPr>
          <w:p>
            <w:r>
              <w:t>[1]</w:t>
            </w:r>
          </w:p>
        </w:tc>
        <w:tc>
          <w:tcPr>
            <w:tcW w:type="dxa" w:w="2160"/>
          </w:tcPr>
          <w:p>
            <w:r>
              <w:t>[Otro concepto]</w:t>
            </w:r>
          </w:p>
        </w:tc>
        <w:tc>
          <w:tcPr>
            <w:tcW w:type="dxa" w:w="2160"/>
          </w:tcPr>
          <w:p>
            <w:r>
              <w:t>$[precio]</w:t>
            </w:r>
          </w:p>
        </w:tc>
        <w:tc>
          <w:tcPr>
            <w:tcW w:type="dxa" w:w="2160"/>
          </w:tcPr>
          <w:p>
            <w:r>
              <w:t>$[importe]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Subtotal</w:t>
            </w:r>
          </w:p>
        </w:tc>
        <w:tc>
          <w:tcPr>
            <w:tcW w:type="dxa" w:w="2160"/>
          </w:tcPr>
          <w:p>
            <w:r>
              <w:t>$[subtotal]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Anticipo recibido</w:t>
            </w:r>
          </w:p>
        </w:tc>
        <w:tc>
          <w:tcPr>
            <w:tcW w:type="dxa" w:w="2160"/>
          </w:tcPr>
          <w:p>
            <w:r>
              <w:t>$[anticipo]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</w:p>
        </w:tc>
        <w:tc>
          <w:tcPr>
            <w:tcW w:type="dxa" w:w="2160"/>
          </w:tcPr>
          <w:p>
            <w:r>
              <w:rPr>
                <w:b/>
              </w:rPr>
              <w:t>Saldo a pagar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$[saldo]</w:t>
            </w:r>
          </w:p>
        </w:tc>
      </w:tr>
    </w:tbl>
    <w:p/>
    <w:p>
      <w:r>
        <w:rPr>
          <w:b w:val="0"/>
        </w:rPr>
        <w:t>Fecha límite de pago: [fecha].</w:t>
      </w:r>
    </w:p>
    <w:p>
      <w:r>
        <w:rPr>
          <w:b w:val="0"/>
        </w:rPr>
        <w:t>Forma de pago: [efectivo / transferencia a la cuenta CLABE … a nombre de … / depósito]. Referencia: el folio de esta nota.</w:t>
      </w:r>
    </w:p>
    <w:p>
      <w:r>
        <w:rPr>
          <w:b w:val="0"/>
        </w:rPr>
        <w:t>[Opcional: Garantía del trabajo: [días] a partir de la fecha de entrega.]</w:t>
      </w:r>
    </w:p>
    <w:p>
      <w:r>
        <w:rPr>
          <w:b w:val="0"/>
        </w:rPr>
        <w:t>Esta nota no es un comprobante fiscal. [Si el cliente necesita factura, se emite al recibir el pago con sus datos fiscales.]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</w:t>
            </w:r>
          </w:p>
        </w:tc>
        <w:tc>
          <w:tcPr>
            <w:tcW w:type="dxa" w:w="4320"/>
          </w:tcPr>
          <w:p>
            <w:r>
              <w:t>_______________________</w:t>
            </w:r>
          </w:p>
        </w:tc>
      </w:tr>
      <w:tr>
        <w:tc>
          <w:tcPr>
            <w:tcW w:type="dxa" w:w="4320"/>
          </w:tcPr>
          <w:p>
            <w:r>
              <w:t>Entrega: [nombre de quien cobra]</w:t>
            </w:r>
          </w:p>
        </w:tc>
        <w:tc>
          <w:tcPr>
            <w:tcW w:type="dxa" w:w="4320"/>
          </w:tcPr>
          <w:p>
            <w:r>
              <w:t>Recibe de conformidad: [nombre del cliente]</w:t>
            </w:r>
          </w:p>
        </w:tc>
      </w:tr>
    </w:tbl>
    <w:p/>
    <w:p/>
    <w:p>
      <w:r>
        <w:rPr>
          <w:i/>
          <w:color w:val="6B7A79"/>
          <w:sz w:val="18"/>
        </w:rPr>
        <w:t>Cambia todo lo que está entre corchetes y borra esta nota antes de mandarlo. Lleva folio consecutivo y guarda una copia. Formato de makatea.ai/formatos/nota-de-cobro.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