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[día] de [mes] de [año]</w:t>
      </w:r>
    </w:p>
    <w:p/>
    <w:p>
      <w:pPr>
        <w:jc w:val="center"/>
      </w:pPr>
      <w:r>
        <w:rPr>
          <w:b/>
        </w:rPr>
        <w:t>NOTIFICACIÓN DE COBRO</w:t>
      </w:r>
    </w:p>
    <w:p/>
    <w:p>
      <w:pPr>
        <w:spacing w:after="0"/>
      </w:pPr>
      <w:r>
        <w:rPr>
          <w:b w:val="0"/>
        </w:rPr>
        <w:t>Señor(a): [nombre del cliente o razón social]</w:t>
      </w:r>
    </w:p>
    <w:p>
      <w:pPr>
        <w:spacing w:after="0"/>
      </w:pPr>
      <w:r>
        <w:rPr>
          <w:b w:val="0"/>
        </w:rPr>
        <w:t>Cédula / RUC: [número]</w:t>
      </w:r>
    </w:p>
    <w:p>
      <w:pPr>
        <w:spacing w:after="0"/>
      </w:pPr>
      <w:r>
        <w:rPr>
          <w:b w:val="0"/>
        </w:rPr>
        <w:t>Dirección: [dirección] · Correo: [correo]</w:t>
      </w:r>
    </w:p>
    <w:p>
      <w:pPr>
        <w:spacing w:after="0"/>
      </w:pPr>
      <w:r>
        <w:rPr>
          <w:b w:val="0"/>
        </w:rPr>
        <w:t>Presente.</w:t>
      </w:r>
    </w:p>
    <w:p/>
    <w:p>
      <w:r>
        <w:rPr>
          <w:b w:val="0"/>
        </w:rPr>
        <w:t>De mi consideración:</w:t>
      </w:r>
    </w:p>
    <w:p>
      <w:r>
        <w:rPr>
          <w:b w:val="0"/>
        </w:rPr>
        <w:t>Por medio de la presente, [razón social de quien cobra], con RUC [13 dígitos], le notifica que a la fecha mantiene con nosotros los siguientes valores vencidos por [concepto: venta de mercadería a crédito, servicios de …, préstamo N° …]: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Emisión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Valor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Abonos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440"/>
          </w:tcPr>
          <w:p>
            <w:r>
              <w:t>Factura 001-001-[000000123]</w:t>
            </w:r>
          </w:p>
        </w:tc>
        <w:tc>
          <w:tcPr>
            <w:tcW w:type="dxa" w:w="1440"/>
          </w:tcPr>
          <w:p>
            <w:r>
              <w:t>[fecha]</w:t>
            </w:r>
          </w:p>
        </w:tc>
        <w:tc>
          <w:tcPr>
            <w:tcW w:type="dxa" w:w="1440"/>
          </w:tcPr>
          <w:p>
            <w:r>
              <w:t>[fecha]</w:t>
            </w:r>
          </w:p>
        </w:tc>
        <w:tc>
          <w:tcPr>
            <w:tcW w:type="dxa" w:w="1440"/>
          </w:tcPr>
          <w:p>
            <w:r>
              <w:t>USD [valor]</w:t>
            </w:r>
          </w:p>
        </w:tc>
        <w:tc>
          <w:tcPr>
            <w:tcW w:type="dxa" w:w="1440"/>
          </w:tcPr>
          <w:p>
            <w:r>
              <w:t>USD [abonos]</w:t>
            </w:r>
          </w:p>
        </w:tc>
        <w:tc>
          <w:tcPr>
            <w:tcW w:type="dxa" w:w="1440"/>
          </w:tcPr>
          <w:p>
            <w:r>
              <w:t>USD [saldo]</w:t>
            </w:r>
          </w:p>
        </w:tc>
      </w:tr>
      <w:tr>
        <w:tc>
          <w:tcPr>
            <w:tcW w:type="dxa" w:w="1440"/>
          </w:tcPr>
          <w:p>
            <w:r>
              <w:t>Factura 001-001-[000000124]</w:t>
            </w:r>
          </w:p>
        </w:tc>
        <w:tc>
          <w:tcPr>
            <w:tcW w:type="dxa" w:w="1440"/>
          </w:tcPr>
          <w:p>
            <w:r>
              <w:t>[fecha]</w:t>
            </w:r>
          </w:p>
        </w:tc>
        <w:tc>
          <w:tcPr>
            <w:tcW w:type="dxa" w:w="1440"/>
          </w:tcPr>
          <w:p>
            <w:r>
              <w:t>[fecha]</w:t>
            </w:r>
          </w:p>
        </w:tc>
        <w:tc>
          <w:tcPr>
            <w:tcW w:type="dxa" w:w="1440"/>
          </w:tcPr>
          <w:p>
            <w:r>
              <w:t>USD [valor]</w:t>
            </w:r>
          </w:p>
        </w:tc>
        <w:tc>
          <w:tcPr>
            <w:tcW w:type="dxa" w:w="1440"/>
          </w:tcPr>
          <w:p>
            <w:r>
              <w:t>USD [abonos]</w:t>
            </w:r>
          </w:p>
        </w:tc>
        <w:tc>
          <w:tcPr>
            <w:tcW w:type="dxa" w:w="1440"/>
          </w:tcPr>
          <w:p>
            <w:r>
              <w:t>USD [saldo]</w:t>
            </w:r>
          </w:p>
        </w:tc>
      </w:tr>
      <w:tr>
        <w:tc>
          <w:tcPr>
            <w:tcW w:type="dxa" w:w="1440"/>
          </w:tcPr>
          <w:p>
            <w:r>
              <w:rPr>
                <w:b/>
              </w:rPr>
              <w:t>Total vencido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  <w:t>USD [total]</w:t>
            </w:r>
          </w:p>
        </w:tc>
      </w:tr>
    </w:tbl>
    <w:p/>
    <w:p>
      <w:r>
        <w:rPr>
          <w:b w:val="0"/>
        </w:rPr>
        <w:t>Le pedimos cancelar el total de USD [total] ([total en letras] dólares de los Estados Unidos de América) hasta el [fecha límite], por transferencia o depósito a la cuenta [corriente / de ahorros] N° [número] del [banco], a nombre de [titular], RUC [número], o en [otra forma de pago]. Envíe el comprobante a [correo] o al WhatsApp +593 [número] para aplicarlo.</w:t>
      </w:r>
    </w:p>
    <w:p>
      <w:r>
        <w:rPr>
          <w:b w:val="0"/>
        </w:rPr>
        <w:t>Si ya realizó el pago, le agradecemos enviarnos el comprobante; es posible que aún no se refleje en nuestro registro. Si no puede cubrir el total en esa fecha, comuníquese con nosotros antes para acordar un convenio de pago por escrito.</w:t>
      </w:r>
    </w:p>
    <w:p>
      <w:r>
        <w:rPr>
          <w:b w:val="0"/>
        </w:rPr>
        <w:t>Quedamos atentos al +593 [número], de [horario].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[Cargo: crédito y cobranza]</w:t>
      </w:r>
    </w:p>
    <w:p>
      <w:pPr>
        <w:spacing w:after="0"/>
      </w:pPr>
      <w:r>
        <w:rPr>
          <w:b w:val="0"/>
        </w:rPr>
        <w:t>[Razón social]</w:t>
      </w:r>
    </w:p>
    <w:p/>
    <w:p>
      <w:r>
        <w:rPr>
          <w:b w:val="0"/>
        </w:rPr>
        <w:t>Recibí esta notificación el [fecha]:  ____________________  [nombre, cédula y firma]</w:t>
      </w:r>
    </w:p>
    <w:p/>
    <w:p>
      <w:r>
        <w:rPr>
          <w:i/>
          <w:color w:val="6B7A79"/>
          <w:sz w:val="18"/>
        </w:rPr>
        <w:t>Cambia todo lo que está entre corchetes y borra esta nota antes de mandarlo. Primera notificación. Copia los saldos de tu control de cuentas por cobrar. Formato de makatea.ai/formatos/notificacion-de-cobro-de-deuda.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[día] de [mes] de [año]</w:t>
      </w:r>
    </w:p>
    <w:p/>
    <w:p>
      <w:pPr>
        <w:jc w:val="center"/>
      </w:pPr>
      <w:r>
        <w:rPr>
          <w:b/>
        </w:rPr>
        <w:t>SEGUNDA NOTIFICACIÓN DE COBRO EXTRAJUDICIAL</w:t>
      </w:r>
    </w:p>
    <w:p/>
    <w:p>
      <w:pPr>
        <w:spacing w:after="0"/>
      </w:pPr>
      <w:r>
        <w:rPr>
          <w:b w:val="0"/>
        </w:rPr>
        <w:t>Señor(a): [nombre del cliente o razón social]</w:t>
      </w:r>
    </w:p>
    <w:p>
      <w:pPr>
        <w:spacing w:after="0"/>
      </w:pPr>
      <w:r>
        <w:rPr>
          <w:b w:val="0"/>
        </w:rPr>
        <w:t>Cédula / RUC: [número]</w:t>
      </w:r>
    </w:p>
    <w:p>
      <w:pPr>
        <w:spacing w:after="0"/>
      </w:pPr>
      <w:r>
        <w:rPr>
          <w:b w:val="0"/>
        </w:rPr>
        <w:t>Presente.</w:t>
      </w:r>
    </w:p>
    <w:p/>
    <w:p>
      <w:r>
        <w:rPr>
          <w:b w:val="0"/>
        </w:rPr>
        <w:t>De mi consideración:</w:t>
      </w:r>
    </w:p>
    <w:p>
      <w:r>
        <w:rPr>
          <w:b w:val="0"/>
        </w:rPr>
        <w:t>El [fecha de la primera notificación] le notificamos por [medio: entrega personal, correo, WhatsApp] los valores vencidos que mantiene con [razón social de quien cobra]. A la fecha no hemos registrado el pago ni una respuesta, y el saldo es el siguiente: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Días vencido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2160"/>
          </w:tcPr>
          <w:p>
            <w:r>
              <w:t>Factura 001-001-[000000123]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[días]</w:t>
            </w:r>
          </w:p>
        </w:tc>
        <w:tc>
          <w:tcPr>
            <w:tcW w:type="dxa" w:w="2160"/>
          </w:tcPr>
          <w:p>
            <w:r>
              <w:t>USD [saldo]</w:t>
            </w:r>
          </w:p>
        </w:tc>
      </w:tr>
      <w:tr>
        <w:tc>
          <w:tcPr>
            <w:tcW w:type="dxa" w:w="2160"/>
          </w:tcPr>
          <w:p>
            <w:r>
              <w:t>Factura 001-001-[000000124]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[días]</w:t>
            </w:r>
          </w:p>
        </w:tc>
        <w:tc>
          <w:tcPr>
            <w:tcW w:type="dxa" w:w="2160"/>
          </w:tcPr>
          <w:p>
            <w:r>
              <w:t>USD [saldo]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USD [total]</w:t>
            </w:r>
          </w:p>
        </w:tc>
      </w:tr>
    </w:tbl>
    <w:p/>
    <w:p>
      <w:r>
        <w:rPr>
          <w:b w:val="0"/>
        </w:rPr>
        <w:t>Le pedimos cancelar el saldo o proponernos un convenio de pago hasta el [fecha límite]. Los datos de pago son los de la primera notificación. Esta gestión de cobro se hace de forma directa entre las partes, sin intervención de un juzgado.</w:t>
      </w:r>
    </w:p>
    <w:p>
      <w:r>
        <w:rPr>
          <w:b w:val="0"/>
        </w:rPr>
        <w:t>Esta notificación deja constancia de la fecha en que se le pidió el pago por segunda vez.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[Razón social]</w:t>
      </w:r>
    </w:p>
    <w:p>
      <w:pPr>
        <w:spacing w:after="0"/>
      </w:pPr>
      <w:r>
        <w:rPr>
          <w:b w:val="0"/>
        </w:rPr>
        <w:t>+593 [número]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Segunda notificación, unos 15 días después de la primera si no hubo respuesta. No agregues amenazas, no la mandes a familiares, vecinos ni al trabajo del deudor y no la hagas parecer un documento judicial. Formato de makatea.ai/formatos/notificacion-de-cobro-de-deuda.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