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val="0"/>
        </w:rPr>
        <w:t>[Ciudad], a [día] de [mes] de [año].</w:t>
      </w:r>
    </w:p>
    <w:p/>
    <w:p>
      <w:pPr>
        <w:jc w:val="center"/>
      </w:pPr>
      <w:r>
        <w:rPr>
          <w:b/>
        </w:rPr>
        <w:t>PAZ Y SALVO DE ADMINISTRACIÓN</w:t>
      </w:r>
    </w:p>
    <w:p/>
    <w:p>
      <w:pPr>
        <w:jc w:val="center"/>
      </w:pPr>
      <w:r>
        <w:rPr>
          <w:b/>
        </w:rPr>
        <w:t>[NOMBRE DEL EDIFICIO O CONJUNTO] – PROPIEDAD HORIZONTAL</w:t>
      </w:r>
    </w:p>
    <w:p>
      <w:pPr>
        <w:jc w:val="center"/>
      </w:pPr>
      <w:r>
        <w:rPr>
          <w:b w:val="0"/>
        </w:rPr>
        <w:t>NIT [número]</w:t>
      </w:r>
    </w:p>
    <w:p/>
    <w:p>
      <w:pPr>
        <w:jc w:val="center"/>
      </w:pPr>
      <w:r>
        <w:rPr>
          <w:b/>
        </w:rPr>
        <w:t>EL SUSCRITO ADMINISTRADOR Y REPRESENTANTE LEGAL</w:t>
      </w:r>
    </w:p>
    <w:p>
      <w:pPr>
        <w:jc w:val="center"/>
      </w:pPr>
      <w:r>
        <w:rPr>
          <w:b/>
        </w:rPr>
        <w:t>CERTIFICA:</w:t>
      </w:r>
    </w:p>
    <w:p>
      <w:r>
        <w:rPr>
          <w:b w:val="0"/>
        </w:rPr>
        <w:t>Que la unidad privada [apartamento / casa / local] No. [número] [, con parqueadero No. [número] y depósito No. [número]], identificada con matrícula inmobiliaria No. [número], de propiedad de [nombre completo del propietario(a)], identificado(a) con C.C. [número], se encuentra a PAZ Y SALVO con la copropiedad por concepto de cuotas ordinarias y extraordinarias de administración, intereses de mora, [multas, sanciones, cuota de parqueadero, uso de zonas comunes] hasta el mes de [mes] de [año], inclusive.</w:t>
      </w:r>
    </w:p>
    <w:tbl>
      <w:tblPr>
        <w:tblStyle w:val="TableGrid"/>
        <w:tblW w:type="auto" w:w="0"/>
        <w:tblLook w:firstColumn="1" w:firstRow="1" w:lastColumn="0" w:lastRow="0" w:noHBand="0" w:noVBand="1" w:val="04A0"/>
      </w:tblPr>
      <w:tblGrid>
        <w:gridCol w:w="4320"/>
        <w:gridCol w:w="4320"/>
      </w:tblGrid>
      <w:tr>
        <w:tc>
          <w:tcPr>
            <w:tcW w:type="dxa" w:w="4320"/>
          </w:tcPr>
          <w:p>
            <w:r>
              <w:rPr>
                <w:b/>
              </w:rPr>
              <w:t>Concepto</w:t>
            </w:r>
          </w:p>
        </w:tc>
        <w:tc>
          <w:tcPr>
            <w:tcW w:type="dxa" w:w="4320"/>
          </w:tcPr>
          <w:p>
            <w:r>
              <w:rPr>
                <w:b/>
              </w:rPr>
              <w:t>Pagado hasta</w:t>
            </w:r>
          </w:p>
        </w:tc>
      </w:tr>
      <w:tr>
        <w:tc>
          <w:tcPr>
            <w:tcW w:type="dxa" w:w="4320"/>
          </w:tcPr>
          <w:p>
            <w:r>
              <w:t>Cuota ordinaria de administración</w:t>
            </w:r>
          </w:p>
        </w:tc>
        <w:tc>
          <w:tcPr>
            <w:tcW w:type="dxa" w:w="4320"/>
          </w:tcPr>
          <w:p>
            <w:r>
              <w:t>[mes y año]</w:t>
            </w:r>
          </w:p>
        </w:tc>
      </w:tr>
      <w:tr>
        <w:tc>
          <w:tcPr>
            <w:tcW w:type="dxa" w:w="4320"/>
          </w:tcPr>
          <w:p>
            <w:r>
              <w:t>Cuota extraordinaria [nombre o acta que la aprobó]</w:t>
            </w:r>
          </w:p>
        </w:tc>
        <w:tc>
          <w:tcPr>
            <w:tcW w:type="dxa" w:w="4320"/>
          </w:tcPr>
          <w:p>
            <w:r>
              <w:t>[mes y año / no aplica]</w:t>
            </w:r>
          </w:p>
        </w:tc>
      </w:tr>
      <w:tr>
        <w:tc>
          <w:tcPr>
            <w:tcW w:type="dxa" w:w="4320"/>
          </w:tcPr>
          <w:p>
            <w:r>
              <w:t>Intereses de mora, multas y sanciones</w:t>
            </w:r>
          </w:p>
        </w:tc>
        <w:tc>
          <w:tcPr>
            <w:tcW w:type="dxa" w:w="4320"/>
          </w:tcPr>
          <w:p>
            <w:r>
              <w:t>Sin saldo</w:t>
            </w:r>
          </w:p>
        </w:tc>
      </w:tr>
    </w:tbl>
    <w:p/>
    <w:p>
      <w:r>
        <w:rPr>
          <w:b w:val="0"/>
        </w:rPr>
        <w:t>La cuota ordinaria vigente de la unidad es de $[valor] mensuales. Este paz y salvo no incluye las cuotas que se causen después del mes indicado.</w:t>
      </w:r>
    </w:p>
    <w:p>
      <w:r>
        <w:rPr>
          <w:b w:val="0"/>
        </w:rPr>
        <w:t>Se expide a solicitud del interesado(a), con destino a [notaría para la escritura de venta / trasteo / entidad que lo pide / quien interese], y es válido hasta el [fecha].</w:t>
      </w:r>
    </w:p>
    <w:p/>
    <w:p>
      <w:r>
        <w:rPr>
          <w:b w:val="0"/>
        </w:rPr>
        <w:t>_______________________________</w:t>
      </w:r>
    </w:p>
    <w:p>
      <w:pPr>
        <w:spacing w:after="0"/>
      </w:pPr>
      <w:r>
        <w:rPr>
          <w:b w:val="0"/>
        </w:rPr>
        <w:t>[Nombre del administrador(a)]</w:t>
      </w:r>
    </w:p>
    <w:p>
      <w:pPr>
        <w:spacing w:after="0"/>
      </w:pPr>
      <w:r>
        <w:rPr>
          <w:b w:val="0"/>
        </w:rPr>
        <w:t>Administrador(a) y representante legal</w:t>
      </w:r>
    </w:p>
    <w:p>
      <w:pPr>
        <w:spacing w:after="0"/>
      </w:pPr>
      <w:r>
        <w:rPr>
          <w:b w:val="0"/>
        </w:rPr>
        <w:t>C.C. [número]</w:t>
      </w:r>
    </w:p>
    <w:p>
      <w:pPr>
        <w:spacing w:after="0"/>
      </w:pPr>
      <w:r>
        <w:rPr>
          <w:b w:val="0"/>
        </w:rPr>
        <w:t>+57 [teléfono] · [correo de la administración]</w:t>
      </w:r>
    </w:p>
    <w:p/>
    <w:p>
      <w:r>
        <w:rPr>
          <w:b w:val="0"/>
        </w:rPr>
        <w:t>[Vo. Bo. contador(a) o revisor(a) fiscal, si el reglamento lo pide: nombre y firma]</w:t>
      </w:r>
    </w:p>
    <w:p/>
    <w:p>
      <w:r>
        <w:rPr>
          <w:i/>
          <w:color w:val="6B7A79"/>
          <w:sz w:val="18"/>
        </w:rPr>
        <w:t>Cambia todo lo que está entre corchetes y borra esta nota antes de mandarlo. Antes de firmar, compara con el estado de cuenta de la unidad: el mes de la línea «hasta el mes de» es lo que el comprador o el nuevo arrendatario va a leer. Si queda un saldo, no se expide paz y salvo sino un estado de cuenta. Formato de makatea.ai/formatos/paz-y-salvo-de-administracion. No sustituye la asesoría de un abogado.</w:t>
      </w:r>
    </w:p>
    <w:p>
      <w:r>
        <w:br w:type="page"/>
      </w:r>
    </w:p>
    <w:p>
      <w:pPr>
        <w:jc w:val="right"/>
      </w:pPr>
      <w:r>
        <w:rPr>
          <w:b w:val="0"/>
        </w:rPr>
        <w:t>[Ciudad], a [día] de [mes] de [año].</w:t>
      </w:r>
    </w:p>
    <w:p/>
    <w:p>
      <w:pPr>
        <w:jc w:val="center"/>
      </w:pPr>
      <w:r>
        <w:rPr>
          <w:b/>
        </w:rPr>
        <w:t>PAZ Y SALVO</w:t>
      </w:r>
    </w:p>
    <w:p/>
    <w:p>
      <w:r>
        <w:rPr>
          <w:b w:val="0"/>
        </w:rPr>
        <w:t>Yo, [nombre completo del acreedor(a)], mayor de edad, identificado(a) con C.C. [número] de [ciudad de expedición], hago constar que [nombre completo del deudor(a)], identificado(a) con C.C. [número] de [ciudad de expedición], pagó en su totalidad la obligación de $[valor en números] ([valor en letras] PESOS M/CTE) originada en [préstamo de dinero del [fecha] / venta de [bien] / la letra de cambio / el pagaré No. … de fecha …].</w:t>
      </w:r>
    </w:p>
    <w:tbl>
      <w:tblPr>
        <w:tblStyle w:val="TableGrid"/>
        <w:tblW w:type="auto" w:w="0"/>
        <w:tblLook w:firstColumn="1" w:firstRow="1" w:lastColumn="0" w:lastRow="0" w:noHBand="0" w:noVBand="1" w:val="04A0"/>
      </w:tblPr>
      <w:tblGrid>
        <w:gridCol w:w="4320"/>
        <w:gridCol w:w="4320"/>
      </w:tblGrid>
      <w:tr>
        <w:tc>
          <w:tcPr>
            <w:tcW w:type="dxa" w:w="4320"/>
          </w:tcPr>
          <w:p>
            <w:r>
              <w:rPr>
                <w:b/>
              </w:rPr>
              <w:t>Concepto</w:t>
            </w:r>
          </w:p>
        </w:tc>
        <w:tc>
          <w:tcPr>
            <w:tcW w:type="dxa" w:w="4320"/>
          </w:tcPr>
          <w:p>
            <w:r>
              <w:rPr>
                <w:b/>
              </w:rPr>
              <w:t>Valor</w:t>
            </w:r>
          </w:p>
        </w:tc>
      </w:tr>
      <w:tr>
        <w:tc>
          <w:tcPr>
            <w:tcW w:type="dxa" w:w="4320"/>
          </w:tcPr>
          <w:p>
            <w:r>
              <w:t>Capital</w:t>
            </w:r>
          </w:p>
        </w:tc>
        <w:tc>
          <w:tcPr>
            <w:tcW w:type="dxa" w:w="4320"/>
          </w:tcPr>
          <w:p>
            <w:r>
              <w:t>$[valor]</w:t>
            </w:r>
          </w:p>
        </w:tc>
      </w:tr>
      <w:tr>
        <w:tc>
          <w:tcPr>
            <w:tcW w:type="dxa" w:w="4320"/>
          </w:tcPr>
          <w:p>
            <w:r>
              <w:t>Intereses pagados</w:t>
            </w:r>
          </w:p>
        </w:tc>
        <w:tc>
          <w:tcPr>
            <w:tcW w:type="dxa" w:w="4320"/>
          </w:tcPr>
          <w:p>
            <w:r>
              <w:t>$[valor o 0]</w:t>
            </w:r>
          </w:p>
        </w:tc>
      </w:tr>
      <w:tr>
        <w:tc>
          <w:tcPr>
            <w:tcW w:type="dxa" w:w="4320"/>
          </w:tcPr>
          <w:p>
            <w:r>
              <w:t>Último pago: [fecha], por [transferencia / efectivo / consignación]</w:t>
            </w:r>
          </w:p>
        </w:tc>
        <w:tc>
          <w:tcPr>
            <w:tcW w:type="dxa" w:w="4320"/>
          </w:tcPr>
          <w:p>
            <w:r>
              <w:t>$[valor]</w:t>
            </w:r>
          </w:p>
        </w:tc>
      </w:tr>
      <w:tr>
        <w:tc>
          <w:tcPr>
            <w:tcW w:type="dxa" w:w="4320"/>
          </w:tcPr>
          <w:p>
            <w:r>
              <w:t>Saldo a la fecha</w:t>
            </w:r>
          </w:p>
        </w:tc>
        <w:tc>
          <w:tcPr>
            <w:tcW w:type="dxa" w:w="4320"/>
          </w:tcPr>
          <w:p>
            <w:r>
              <w:t>$0</w:t>
            </w:r>
          </w:p>
        </w:tc>
      </w:tr>
    </w:tbl>
    <w:p/>
    <w:p>
      <w:r>
        <w:rPr>
          <w:b w:val="0"/>
        </w:rPr>
        <w:t>En consecuencia, a la fecha [nombre del deudor(a)] se encuentra a PAZ Y SALVO conmigo por esta obligación, por capital, intereses y cualquier otro concepto derivado de ella.</w:t>
      </w:r>
    </w:p>
    <w:p>
      <w:r>
        <w:rPr>
          <w:b w:val="0"/>
        </w:rPr>
        <w:t>[Opcional: Con este documento le devuelvo el original de [la letra de cambio / el pagaré] que firmó como respaldo de la obligación.]</w:t>
      </w:r>
    </w:p>
    <w:p>
      <w:r>
        <w:rPr>
          <w:b w:val="0"/>
        </w:rPr>
        <w:t>Para constancia se firma en [ciudad], el [día] de [mes] de [año].</w:t>
      </w:r>
    </w:p>
    <w:tbl>
      <w:tblPr>
        <w:tblStyle w:val="TableGrid"/>
        <w:tblW w:type="auto" w:w="0"/>
        <w:tblLook w:firstColumn="1" w:firstRow="1" w:lastColumn="0" w:lastRow="0" w:noHBand="0" w:noVBand="1" w:val="04A0"/>
      </w:tblPr>
      <w:tblGrid>
        <w:gridCol w:w="4320"/>
        <w:gridCol w:w="4320"/>
      </w:tblGrid>
      <w:tr>
        <w:tc>
          <w:tcPr>
            <w:tcW w:type="dxa" w:w="4320"/>
          </w:tcPr>
          <w:p>
            <w:r>
              <w:t>_______________________________</w:t>
            </w:r>
          </w:p>
        </w:tc>
        <w:tc>
          <w:tcPr>
            <w:tcW w:type="dxa" w:w="4320"/>
          </w:tcPr>
          <w:p>
            <w:r>
              <w:t>_______________________________</w:t>
            </w:r>
          </w:p>
        </w:tc>
      </w:tr>
      <w:tr>
        <w:tc>
          <w:tcPr>
            <w:tcW w:type="dxa" w:w="4320"/>
          </w:tcPr>
          <w:p>
            <w:r>
              <w:t>[Nombre del acreedor(a)]</w:t>
            </w:r>
          </w:p>
        </w:tc>
        <w:tc>
          <w:tcPr>
            <w:tcW w:type="dxa" w:w="4320"/>
          </w:tcPr>
          <w:p>
            <w:r>
              <w:t>Recibí: [nombre del deudor(a)]</w:t>
            </w:r>
          </w:p>
        </w:tc>
      </w:tr>
      <w:tr>
        <w:tc>
          <w:tcPr>
            <w:tcW w:type="dxa" w:w="4320"/>
          </w:tcPr>
          <w:p>
            <w:r>
              <w:t>C.C. [número]</w:t>
            </w:r>
          </w:p>
        </w:tc>
        <w:tc>
          <w:tcPr>
            <w:tcW w:type="dxa" w:w="4320"/>
          </w:tcPr>
          <w:p>
            <w:r>
              <w:t>C.C. [número]</w:t>
            </w:r>
          </w:p>
        </w:tc>
      </w:tr>
      <w:tr>
        <w:tc>
          <w:tcPr>
            <w:tcW w:type="dxa" w:w="4320"/>
          </w:tcPr>
          <w:p>
            <w:r>
              <w:t>[Huella, si se acostumbra]</w:t>
            </w:r>
          </w:p>
        </w:tc>
        <w:tc>
          <w:tcPr>
            <w:tcW w:type="dxa" w:w="4320"/>
          </w:tcPr>
          <w:p>
            <w:r>
              <w:t>[Huella, si se acostumbra]</w:t>
            </w:r>
          </w:p>
        </w:tc>
      </w:tr>
    </w:tbl>
    <w:p/>
    <w:p/>
    <w:p>
      <w:r>
        <w:rPr>
          <w:i/>
          <w:color w:val="6B7A79"/>
          <w:sz w:val="18"/>
        </w:rPr>
        <w:t>Cambia todo lo que está entre corchetes y borra esta nota antes de mandarlo. Versión para una deuda entre particulares. Firma sólo con el pago completo ya recibido en tu cuenta. Si devuelves el título original, que conste aquí. Formato de makatea.ai/formatos/paz-y-salvo-de-administracion. No sustituye la asesoría de un abogado.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