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RECIBO DE ANTICIPO No. [número] · ORIGINAL</w:t>
      </w:r>
    </w:p>
    <w:p>
      <w:pPr>
        <w:jc w:val="right"/>
      </w:pPr>
      <w:r>
        <w:rPr>
          <w:b w:val="0"/>
        </w:rPr>
        <w:t>[Ciudad], a [día] de [mes] de [año].</w:t>
      </w:r>
    </w:p>
    <w:p>
      <w:r>
        <w:rPr>
          <w:b w:val="0"/>
        </w:rPr>
        <w:t>Recibí de [nombre de quien paga] la cantidad de $[anticipo] ([anticipo con letra] pesos 00/100 M.N.) como anticipo por [concepto: el trabajo de …, la fabricación de …, el evento del …].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Precio total pactado</w:t>
            </w:r>
          </w:p>
        </w:tc>
        <w:tc>
          <w:tcPr>
            <w:tcW w:type="dxa" w:w="4320"/>
          </w:tcPr>
          <w:p>
            <w:r>
              <w:t>$[precio total]</w:t>
            </w:r>
          </w:p>
        </w:tc>
      </w:tr>
      <w:tr>
        <w:tc>
          <w:tcPr>
            <w:tcW w:type="dxa" w:w="4320"/>
          </w:tcPr>
          <w:p>
            <w:r>
              <w:t>Anticipo recibido</w:t>
            </w:r>
          </w:p>
        </w:tc>
        <w:tc>
          <w:tcPr>
            <w:tcW w:type="dxa" w:w="4320"/>
          </w:tcPr>
          <w:p>
            <w:r>
              <w:t>$[anticipo]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Saldo pendiente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$[saldo]</w:t>
            </w:r>
          </w:p>
        </w:tc>
      </w:tr>
      <w:tr>
        <w:tc>
          <w:tcPr>
            <w:tcW w:type="dxa" w:w="4320"/>
          </w:tcPr>
          <w:p>
            <w:r>
              <w:t>El saldo se paga</w:t>
            </w:r>
          </w:p>
        </w:tc>
        <w:tc>
          <w:tcPr>
            <w:tcW w:type="dxa" w:w="4320"/>
          </w:tcPr>
          <w:p>
            <w:r>
              <w:t>[contra entrega / el día … / en … pagos]</w:t>
            </w:r>
          </w:p>
        </w:tc>
      </w:tr>
      <w:tr>
        <w:tc>
          <w:tcPr>
            <w:tcW w:type="dxa" w:w="4320"/>
          </w:tcPr>
          <w:p>
            <w:r>
              <w:t>Forma de pago del anticipo</w:t>
            </w:r>
          </w:p>
        </w:tc>
        <w:tc>
          <w:tcPr>
            <w:tcW w:type="dxa" w:w="4320"/>
          </w:tcPr>
          <w:p>
            <w:r>
              <w:t>[efectivo / transferencia con referencia …]</w:t>
            </w:r>
          </w:p>
        </w:tc>
      </w:tr>
      <w:tr>
        <w:tc>
          <w:tcPr>
            <w:tcW w:type="dxa" w:w="4320"/>
          </w:tcPr>
          <w:p>
            <w:r>
              <w:t>Si el trabajo se cancela</w:t>
            </w:r>
          </w:p>
        </w:tc>
        <w:tc>
          <w:tcPr>
            <w:tcW w:type="dxa" w:w="4320"/>
          </w:tcPr>
          <w:p>
            <w:r>
              <w:t>[se devuelve / se aplica a … / según lo acordado]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</w:t>
            </w:r>
          </w:p>
        </w:tc>
        <w:tc>
          <w:tcPr>
            <w:tcW w:type="dxa" w:w="4320"/>
          </w:tcPr>
          <w:p>
            <w:r>
              <w:t>_______________________</w:t>
            </w:r>
          </w:p>
        </w:tc>
      </w:tr>
      <w:tr>
        <w:tc>
          <w:tcPr>
            <w:tcW w:type="dxa" w:w="4320"/>
          </w:tcPr>
          <w:p>
            <w:r>
              <w:t>Recibe: [nombre y negocio]</w:t>
            </w:r>
          </w:p>
        </w:tc>
        <w:tc>
          <w:tcPr>
            <w:tcW w:type="dxa" w:w="4320"/>
          </w:tcPr>
          <w:p>
            <w:r>
              <w:t>Entrega: [nombre de quien paga]</w:t>
            </w:r>
          </w:p>
        </w:tc>
      </w:tr>
    </w:tbl>
    <w:p/>
    <w:p>
      <w:pPr>
        <w:jc w:val="center"/>
      </w:pPr>
      <w:r>
        <w:rPr>
          <w:b w:val="0"/>
        </w:rPr>
        <w:t>- - - - - - - - - - - - - - - - - - - - - - - - - - - - - - - - - - - -</w:t>
      </w:r>
    </w:p>
    <w:p>
      <w:pPr>
        <w:jc w:val="center"/>
      </w:pPr>
      <w:r>
        <w:rPr>
          <w:b/>
        </w:rPr>
        <w:t>RECIBO DE ANTICIPO No. [número] · COPIA</w:t>
      </w:r>
    </w:p>
    <w:p>
      <w:pPr>
        <w:jc w:val="right"/>
      </w:pPr>
      <w:r>
        <w:rPr>
          <w:b w:val="0"/>
        </w:rPr>
        <w:t>[Ciudad], a [día] de [mes] de [año].</w:t>
      </w:r>
    </w:p>
    <w:p>
      <w:r>
        <w:rPr>
          <w:b w:val="0"/>
        </w:rPr>
        <w:t>Recibí de [nombre de quien paga] la cantidad de $[anticipo] ([anticipo con letra] pesos 00/100 M.N.) como anticipo por [concepto: el trabajo de …, la fabricación de …, el evento del …].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Precio total pactado</w:t>
            </w:r>
          </w:p>
        </w:tc>
        <w:tc>
          <w:tcPr>
            <w:tcW w:type="dxa" w:w="4320"/>
          </w:tcPr>
          <w:p>
            <w:r>
              <w:t>$[precio total]</w:t>
            </w:r>
          </w:p>
        </w:tc>
      </w:tr>
      <w:tr>
        <w:tc>
          <w:tcPr>
            <w:tcW w:type="dxa" w:w="4320"/>
          </w:tcPr>
          <w:p>
            <w:r>
              <w:t>Anticipo recibido</w:t>
            </w:r>
          </w:p>
        </w:tc>
        <w:tc>
          <w:tcPr>
            <w:tcW w:type="dxa" w:w="4320"/>
          </w:tcPr>
          <w:p>
            <w:r>
              <w:t>$[anticipo]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Saldo pendiente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$[saldo]</w:t>
            </w:r>
          </w:p>
        </w:tc>
      </w:tr>
      <w:tr>
        <w:tc>
          <w:tcPr>
            <w:tcW w:type="dxa" w:w="4320"/>
          </w:tcPr>
          <w:p>
            <w:r>
              <w:t>El saldo se paga</w:t>
            </w:r>
          </w:p>
        </w:tc>
        <w:tc>
          <w:tcPr>
            <w:tcW w:type="dxa" w:w="4320"/>
          </w:tcPr>
          <w:p>
            <w:r>
              <w:t>[contra entrega / el día … / en … pagos]</w:t>
            </w:r>
          </w:p>
        </w:tc>
      </w:tr>
      <w:tr>
        <w:tc>
          <w:tcPr>
            <w:tcW w:type="dxa" w:w="4320"/>
          </w:tcPr>
          <w:p>
            <w:r>
              <w:t>Forma de pago del anticipo</w:t>
            </w:r>
          </w:p>
        </w:tc>
        <w:tc>
          <w:tcPr>
            <w:tcW w:type="dxa" w:w="4320"/>
          </w:tcPr>
          <w:p>
            <w:r>
              <w:t>[efectivo / transferencia con referencia …]</w:t>
            </w:r>
          </w:p>
        </w:tc>
      </w:tr>
      <w:tr>
        <w:tc>
          <w:tcPr>
            <w:tcW w:type="dxa" w:w="4320"/>
          </w:tcPr>
          <w:p>
            <w:r>
              <w:t>Si el trabajo se cancela</w:t>
            </w:r>
          </w:p>
        </w:tc>
        <w:tc>
          <w:tcPr>
            <w:tcW w:type="dxa" w:w="4320"/>
          </w:tcPr>
          <w:p>
            <w:r>
              <w:t>[se devuelve / se aplica a … / según lo acordado]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</w:t>
            </w:r>
          </w:p>
        </w:tc>
        <w:tc>
          <w:tcPr>
            <w:tcW w:type="dxa" w:w="4320"/>
          </w:tcPr>
          <w:p>
            <w:r>
              <w:t>_______________________</w:t>
            </w:r>
          </w:p>
        </w:tc>
      </w:tr>
      <w:tr>
        <w:tc>
          <w:tcPr>
            <w:tcW w:type="dxa" w:w="4320"/>
          </w:tcPr>
          <w:p>
            <w:r>
              <w:t>Recibe: [nombre y negocio]</w:t>
            </w:r>
          </w:p>
        </w:tc>
        <w:tc>
          <w:tcPr>
            <w:tcW w:type="dxa" w:w="4320"/>
          </w:tcPr>
          <w:p>
            <w:r>
              <w:t>Entrega: [nombre de quien paga]</w:t>
            </w:r>
          </w:p>
        </w:tc>
      </w:tr>
    </w:tbl>
    <w:p/>
    <w:p>
      <w:r>
        <w:rPr>
          <w:i/>
          <w:color w:val="6B7A79"/>
          <w:sz w:val="18"/>
        </w:rPr>
        <w:t>Cambia todo lo que está entre corchetes y borra esta nota. Imprime la hoja, firmen los dos recibos y cada quien se queda con uno. El renglón de cancelación se llena antes de firmar, no después. Formato de makatea.ai/formatos/recibo-de-anticipo.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