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</w:rPr>
        <w:t>[Nombre de la tienda] · [Dirección] · [Teléfono o WhatsApp]</w:t>
      </w:r>
    </w:p>
    <w:p>
      <w:pPr>
        <w:jc w:val="center"/>
      </w:pPr>
      <w:r>
        <w:rPr>
          <w:b/>
        </w:rPr>
        <w:t>RECIBO DE APARTADO</w:t>
      </w:r>
    </w:p>
    <w:p>
      <w:pPr>
        <w:jc w:val="right"/>
      </w:pPr>
      <w:r>
        <w:rPr>
          <w:b w:val="0"/>
        </w:rPr>
        <w:t>Folio [número]                                                  ORIGINAL PARA EL CLIENTE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del apartado</w:t>
            </w:r>
          </w:p>
        </w:tc>
        <w:tc>
          <w:tcPr>
            <w:tcW w:type="dxa" w:w="4320"/>
          </w:tcPr>
          <w:p>
            <w:r>
              <w:t>[día/mes/año]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[nombre completo]</w:t>
            </w:r>
          </w:p>
        </w:tc>
      </w:tr>
      <w:tr>
        <w:tc>
          <w:tcPr>
            <w:tcW w:type="dxa" w:w="4320"/>
          </w:tcPr>
          <w:p>
            <w:r>
              <w:t>Teléfono</w:t>
            </w:r>
          </w:p>
        </w:tc>
        <w:tc>
          <w:tcPr>
            <w:tcW w:type="dxa" w:w="4320"/>
          </w:tcPr>
          <w:p>
            <w:r>
              <w:t>[teléfono]</w:t>
            </w:r>
          </w:p>
        </w:tc>
      </w:tr>
      <w:tr>
        <w:tc>
          <w:tcPr>
            <w:tcW w:type="dxa" w:w="4320"/>
          </w:tcPr>
          <w:p>
            <w:r>
              <w:t>Mercancía apartada</w:t>
            </w:r>
          </w:p>
        </w:tc>
        <w:tc>
          <w:tcPr>
            <w:tcW w:type="dxa" w:w="4320"/>
          </w:tcPr>
          <w:p>
            <w:r>
              <w:t>[descripción, modelo, talla, color, cantidad]</w:t>
            </w:r>
          </w:p>
        </w:tc>
      </w:tr>
      <w:tr>
        <w:tc>
          <w:tcPr>
            <w:tcW w:type="dxa" w:w="4320"/>
          </w:tcPr>
          <w:p>
            <w:r>
              <w:t>Precio total</w:t>
            </w:r>
          </w:p>
        </w:tc>
        <w:tc>
          <w:tcPr>
            <w:tcW w:type="dxa" w:w="4320"/>
          </w:tcPr>
          <w:p>
            <w:r>
              <w:t>$[precio]</w:t>
            </w:r>
          </w:p>
        </w:tc>
      </w:tr>
      <w:tr>
        <w:tc>
          <w:tcPr>
            <w:tcW w:type="dxa" w:w="4320"/>
          </w:tcPr>
          <w:p>
            <w:r>
              <w:t>Pago inicial del apartado</w:t>
            </w:r>
          </w:p>
        </w:tc>
        <w:tc>
          <w:tcPr>
            <w:tcW w:type="dxa" w:w="4320"/>
          </w:tcPr>
          <w:p>
            <w:r>
              <w:t>$[pago inicial] ([con letra] pesos 00/100 M.N.)</w:t>
            </w:r>
          </w:p>
        </w:tc>
      </w:tr>
      <w:tr>
        <w:tc>
          <w:tcPr>
            <w:tcW w:type="dxa" w:w="4320"/>
          </w:tcPr>
          <w:p>
            <w:r>
              <w:t>Saldo por liquidar</w:t>
            </w:r>
          </w:p>
        </w:tc>
        <w:tc>
          <w:tcPr>
            <w:tcW w:type="dxa" w:w="4320"/>
          </w:tcPr>
          <w:p>
            <w:r>
              <w:t>$[saldo]</w:t>
            </w:r>
          </w:p>
        </w:tc>
      </w:tr>
      <w:tr>
        <w:tc>
          <w:tcPr>
            <w:tcW w:type="dxa" w:w="4320"/>
          </w:tcPr>
          <w:p>
            <w:r>
              <w:t>Fecha límite para liquidar</w:t>
            </w:r>
          </w:p>
        </w:tc>
        <w:tc>
          <w:tcPr>
            <w:tcW w:type="dxa" w:w="4320"/>
          </w:tcPr>
          <w:p>
            <w:r>
              <w:t>[día/mes/año]</w:t>
            </w:r>
          </w:p>
        </w:tc>
      </w:tr>
    </w:tbl>
    <w:p/>
    <w:p>
      <w:r>
        <w:rPr>
          <w:b w:val="0"/>
        </w:rPr>
        <w:t>Abonos: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Abono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Saldo después del abono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Recibió</w:t>
            </w:r>
          </w:p>
        </w:tc>
      </w:tr>
      <w:tr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$[abono]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  <w:tc>
          <w:tcPr>
            <w:tcW w:type="dxa" w:w="2160"/>
          </w:tcPr>
          <w:p>
            <w:r>
              <w:t>[firma]</w:t>
            </w:r>
          </w:p>
        </w:tc>
      </w:tr>
      <w:tr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$[abono]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  <w:tc>
          <w:tcPr>
            <w:tcW w:type="dxa" w:w="2160"/>
          </w:tcPr>
          <w:p>
            <w:r>
              <w:t>[firma]</w:t>
            </w:r>
          </w:p>
        </w:tc>
      </w:tr>
      <w:tr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$[abono]</w:t>
            </w:r>
          </w:p>
        </w:tc>
        <w:tc>
          <w:tcPr>
            <w:tcW w:type="dxa" w:w="2160"/>
          </w:tcPr>
          <w:p>
            <w:r>
              <w:t>$0.00</w:t>
            </w:r>
          </w:p>
        </w:tc>
        <w:tc>
          <w:tcPr>
            <w:tcW w:type="dxa" w:w="2160"/>
          </w:tcPr>
          <w:p>
            <w:r>
              <w:t>[firma]</w:t>
            </w:r>
          </w:p>
        </w:tc>
      </w:tr>
    </w:tbl>
    <w:p/>
    <w:p>
      <w:r>
        <w:rPr>
          <w:b w:val="0"/>
        </w:rPr>
        <w:t>La mercancía se guarda a nombre del cliente hasta la fecha límite y se entrega al liquidar el saldo, contra este recibo. Si no se liquida en esa fecha, lo abonado [se devuelve completo / se devuelve menos $[monto] por gastos de guardado / queda como saldo a favor para otra compra durante [plazo]], según lo que se acordó al apartar.</w:t>
      </w:r>
    </w:p>
    <w:p>
      <w:r>
        <w:rPr>
          <w:b w:val="0"/>
        </w:rPr>
        <w:t>_______________________          _______________________</w:t>
      </w:r>
    </w:p>
    <w:p>
      <w:r>
        <w:rPr>
          <w:b w:val="0"/>
        </w:rPr>
        <w:t>Firma del cliente                            Recibió por la tienda</w:t>
      </w:r>
    </w:p>
    <w:p>
      <w:pPr>
        <w:jc w:val="center"/>
      </w:pPr>
      <w:r>
        <w:rPr>
          <w:b w:val="0"/>
        </w:rPr>
        <w:t>· · · · · · · · · · · · · · · · · · · · · · · · · · · · ·  cortar aquí</w:t>
      </w:r>
    </w:p>
    <w:p>
      <w:pPr>
        <w:jc w:val="center"/>
      </w:pPr>
      <w:r>
        <w:rPr>
          <w:b w:val="0"/>
        </w:rPr>
        <w:t>[Nombre de la tienda] · [Dirección] · [Teléfono o WhatsApp]</w:t>
      </w:r>
    </w:p>
    <w:p>
      <w:pPr>
        <w:jc w:val="center"/>
      </w:pPr>
      <w:r>
        <w:rPr>
          <w:b/>
        </w:rPr>
        <w:t>RECIBO DE APARTADO</w:t>
      </w:r>
    </w:p>
    <w:p>
      <w:pPr>
        <w:jc w:val="right"/>
      </w:pPr>
      <w:r>
        <w:rPr>
          <w:b w:val="0"/>
        </w:rPr>
        <w:t>Folio [número]                                                  COPIA PARA LA TIENDA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del apartado</w:t>
            </w:r>
          </w:p>
        </w:tc>
        <w:tc>
          <w:tcPr>
            <w:tcW w:type="dxa" w:w="4320"/>
          </w:tcPr>
          <w:p>
            <w:r>
              <w:t>[día/mes/año]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[nombre completo]</w:t>
            </w:r>
          </w:p>
        </w:tc>
      </w:tr>
      <w:tr>
        <w:tc>
          <w:tcPr>
            <w:tcW w:type="dxa" w:w="4320"/>
          </w:tcPr>
          <w:p>
            <w:r>
              <w:t>Teléfono</w:t>
            </w:r>
          </w:p>
        </w:tc>
        <w:tc>
          <w:tcPr>
            <w:tcW w:type="dxa" w:w="4320"/>
          </w:tcPr>
          <w:p>
            <w:r>
              <w:t>[teléfono]</w:t>
            </w:r>
          </w:p>
        </w:tc>
      </w:tr>
      <w:tr>
        <w:tc>
          <w:tcPr>
            <w:tcW w:type="dxa" w:w="4320"/>
          </w:tcPr>
          <w:p>
            <w:r>
              <w:t>Mercancía apartada</w:t>
            </w:r>
          </w:p>
        </w:tc>
        <w:tc>
          <w:tcPr>
            <w:tcW w:type="dxa" w:w="4320"/>
          </w:tcPr>
          <w:p>
            <w:r>
              <w:t>[descripción, modelo, talla, color, cantidad]</w:t>
            </w:r>
          </w:p>
        </w:tc>
      </w:tr>
      <w:tr>
        <w:tc>
          <w:tcPr>
            <w:tcW w:type="dxa" w:w="4320"/>
          </w:tcPr>
          <w:p>
            <w:r>
              <w:t>Precio total</w:t>
            </w:r>
          </w:p>
        </w:tc>
        <w:tc>
          <w:tcPr>
            <w:tcW w:type="dxa" w:w="4320"/>
          </w:tcPr>
          <w:p>
            <w:r>
              <w:t>$[precio]</w:t>
            </w:r>
          </w:p>
        </w:tc>
      </w:tr>
      <w:tr>
        <w:tc>
          <w:tcPr>
            <w:tcW w:type="dxa" w:w="4320"/>
          </w:tcPr>
          <w:p>
            <w:r>
              <w:t>Pago inicial del apartado</w:t>
            </w:r>
          </w:p>
        </w:tc>
        <w:tc>
          <w:tcPr>
            <w:tcW w:type="dxa" w:w="4320"/>
          </w:tcPr>
          <w:p>
            <w:r>
              <w:t>$[pago inicial] ([con letra] pesos 00/100 M.N.)</w:t>
            </w:r>
          </w:p>
        </w:tc>
      </w:tr>
      <w:tr>
        <w:tc>
          <w:tcPr>
            <w:tcW w:type="dxa" w:w="4320"/>
          </w:tcPr>
          <w:p>
            <w:r>
              <w:t>Saldo por liquidar</w:t>
            </w:r>
          </w:p>
        </w:tc>
        <w:tc>
          <w:tcPr>
            <w:tcW w:type="dxa" w:w="4320"/>
          </w:tcPr>
          <w:p>
            <w:r>
              <w:t>$[saldo]</w:t>
            </w:r>
          </w:p>
        </w:tc>
      </w:tr>
      <w:tr>
        <w:tc>
          <w:tcPr>
            <w:tcW w:type="dxa" w:w="4320"/>
          </w:tcPr>
          <w:p>
            <w:r>
              <w:t>Fecha límite para liquidar</w:t>
            </w:r>
          </w:p>
        </w:tc>
        <w:tc>
          <w:tcPr>
            <w:tcW w:type="dxa" w:w="4320"/>
          </w:tcPr>
          <w:p>
            <w:r>
              <w:t>[día/mes/año]</w:t>
            </w:r>
          </w:p>
        </w:tc>
      </w:tr>
    </w:tbl>
    <w:p/>
    <w:p>
      <w:r>
        <w:rPr>
          <w:b w:val="0"/>
        </w:rPr>
        <w:t>Abonos: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Abono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Saldo después del abono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Recibió</w:t>
            </w:r>
          </w:p>
        </w:tc>
      </w:tr>
      <w:tr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$[abono]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  <w:tc>
          <w:tcPr>
            <w:tcW w:type="dxa" w:w="2160"/>
          </w:tcPr>
          <w:p>
            <w:r>
              <w:t>[firma]</w:t>
            </w:r>
          </w:p>
        </w:tc>
      </w:tr>
      <w:tr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$[abono]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  <w:tc>
          <w:tcPr>
            <w:tcW w:type="dxa" w:w="2160"/>
          </w:tcPr>
          <w:p>
            <w:r>
              <w:t>[firma]</w:t>
            </w:r>
          </w:p>
        </w:tc>
      </w:tr>
      <w:tr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$[abono]</w:t>
            </w:r>
          </w:p>
        </w:tc>
        <w:tc>
          <w:tcPr>
            <w:tcW w:type="dxa" w:w="2160"/>
          </w:tcPr>
          <w:p>
            <w:r>
              <w:t>$0.00</w:t>
            </w:r>
          </w:p>
        </w:tc>
        <w:tc>
          <w:tcPr>
            <w:tcW w:type="dxa" w:w="2160"/>
          </w:tcPr>
          <w:p>
            <w:r>
              <w:t>[firma]</w:t>
            </w:r>
          </w:p>
        </w:tc>
      </w:tr>
    </w:tbl>
    <w:p/>
    <w:p>
      <w:r>
        <w:rPr>
          <w:b w:val="0"/>
        </w:rPr>
        <w:t>La mercancía se guarda a nombre del cliente hasta la fecha límite y se entrega al liquidar el saldo, contra este recibo. Si no se liquida en esa fecha, lo abonado [se devuelve completo / se devuelve menos $[monto] por gastos de guardado / queda como saldo a favor para otra compra durante [plazo]], según lo que se acordó al apartar.</w:t>
      </w:r>
    </w:p>
    <w:p>
      <w:r>
        <w:rPr>
          <w:b w:val="0"/>
        </w:rPr>
        <w:t>_______________________          _______________________</w:t>
      </w:r>
    </w:p>
    <w:p>
      <w:r>
        <w:rPr>
          <w:b w:val="0"/>
        </w:rPr>
        <w:t>Firma del cliente                            Recibió por la tienda</w:t>
      </w:r>
    </w:p>
    <w:p>
      <w:r>
        <w:rPr>
          <w:i/>
          <w:color w:val="6B7A79"/>
          <w:sz w:val="18"/>
        </w:rPr>
        <w:t>Cambia lo que está entre corchetes y deja sólo una de las tres opciones de qué pasa si no se liquida: lo que el cliente sabe desde el primer día no se discute en la fecha límite. Este recibo no es una factura. Formato de makatea.ai/formatos/recibo-de-apartado.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