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 o razón social]</w:t>
      </w:r>
    </w:p>
    <w:p>
      <w:pPr>
        <w:spacing w:after="0"/>
      </w:pPr>
      <w:r>
        <w:rPr>
          <w:b w:val="0"/>
        </w:rPr>
        <w:t>[Domicilio]</w:t>
      </w:r>
    </w:p>
    <w:p>
      <w:pPr>
        <w:spacing w:after="0"/>
      </w:pPr>
      <w:r>
        <w:rPr>
          <w:b w:val="0"/>
        </w:rPr>
        <w:t>[Correo o teléfono]</w:t>
      </w:r>
    </w:p>
    <w:p/>
    <w:p>
      <w:r>
        <w:rPr>
          <w:b/>
        </w:rPr>
        <w:t>Asunto: requerimiento de pago de [concepto]</w:t>
      </w:r>
    </w:p>
    <w:p>
      <w:r>
        <w:rPr>
          <w:b w:val="0"/>
        </w:rPr>
        <w:t>Estimado(a) [nombre]:</w:t>
      </w:r>
    </w:p>
    <w:p>
      <w:r>
        <w:rPr>
          <w:b w:val="0"/>
        </w:rPr>
        <w:t>Por este medio le requerimos el pago de $[saldo] ([saldo con letra] pesos 00/100 M.N.), que a esta fecha se encuentra vencido por concepto de [concepto], conforme a [el contrato de fecha …, la factura con folio …, el pedido número …].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Documento o concepto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728"/>
          </w:tcPr>
          <w:p>
            <w:r>
              <w:t>[folio o concepto]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[folio o concepto]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</w:tbl>
    <w:p/>
    <w:p>
      <w:r>
        <w:rPr>
          <w:b w:val="0"/>
        </w:rPr>
        <w:t>Antes de este escrito le avisamos del saldo el [fecha del primer aviso] y el [fecha del segundo aviso] por [WhatsApp, correo o llamada], sin que a la fecha tengamos registrado el pago.</w:t>
      </w:r>
    </w:p>
    <w:p>
      <w:r>
        <w:rPr>
          <w:b w:val="0"/>
        </w:rPr>
        <w:t>Le pedimos cubrir el saldo a más tardar el [fecha límite] mediante [forma de pago: transferencia a la cuenta CLABE … a nombre de …, con la referencia …].</w:t>
      </w:r>
    </w:p>
    <w:p>
      <w:r>
        <w:rPr>
          <w:b w:val="0"/>
        </w:rPr>
        <w:t>Si ya realizó el pago, envíenos el comprobante a [correo o WhatsApp] para aplicarlo. Si no puede cubrir el total en esa fecha, escríbanos antes del vencimiento para acordar un plan de pagos por escrito.</w:t>
      </w:r>
    </w:p>
    <w:p>
      <w:r>
        <w:rPr>
          <w:b w:val="0"/>
        </w:rPr>
        <w:t>[Opcional, sólo si está pactado en el contrato: A partir del vencimiento el saldo genera intereses moratorios de [tasa]% mensual, conforme a la cláusula [número].]</w:t>
      </w:r>
    </w:p>
    <w:p>
      <w:r>
        <w:rPr>
          <w:b w:val="0"/>
        </w:rPr>
        <w:t>Quedamos atentos en [teléfono], de [horario de atención].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[Nombre del negocio]</w:t>
      </w:r>
    </w:p>
    <w:p/>
    <w:p>
      <w:r>
        <w:rPr>
          <w:b w:val="0"/>
        </w:rPr>
        <w:t>Recibí el original de este requerimiento el [fecha]:  ____________________  [nombre y firma de quien recibe]</w:t>
      </w:r>
    </w:p>
    <w:p/>
    <w:p>
      <w:r>
        <w:rPr>
          <w:i/>
          <w:color w:val="6B7A79"/>
          <w:sz w:val="18"/>
        </w:rPr>
        <w:t>Cambia todo lo que está entre corchetes y borra esta nota antes de entregarlo. Es un escrito de quien cobra: no lo hagas parecer un documento de juzgado, no pongas amenazas ni lo mandes a terceros. Borra el párrafo de intereses si tu contrato no los pacta. Formato de makatea.ai/formatos/requerimiento-de-pago;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