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SOLICITUD DE CRÉDITO</w:t>
      </w:r>
    </w:p>
    <w:p>
      <w:pPr>
        <w:jc w:val="center"/>
      </w:pPr>
      <w:r>
        <w:rPr>
          <w:b w:val="0"/>
        </w:rPr>
        <w:t>[Nombre del negocio que otorga el crédito]</w:t>
      </w:r>
    </w:p>
    <w:p>
      <w:pPr>
        <w:jc w:val="right"/>
      </w:pPr>
      <w:r>
        <w:rPr>
          <w:b w:val="0"/>
        </w:rPr>
        <w:t>Fecha: [día/mes/año]          Folio: [número]</w:t>
      </w:r>
    </w:p>
    <w:p>
      <w:r>
        <w:rPr>
          <w:b/>
        </w:rPr>
        <w:t>1. Datos del solicitante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Nombre completo o razón social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RFC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CURP (persona física)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Fecha de nacimiento o de constitución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Teléfono celular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Correo electrónico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r>
        <w:rPr>
          <w:b/>
        </w:rPr>
        <w:t>2. Domicilio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Calle y número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Colonia, municipio, estado y código postal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Tiempo viviendo ahí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La vivienda es</w:t>
            </w:r>
          </w:p>
        </w:tc>
        <w:tc>
          <w:tcPr>
            <w:tcW w:type="dxa" w:w="4320"/>
          </w:tcPr>
          <w:p>
            <w:r>
              <w:t>[propia / rentada / familiar]</w:t>
            </w:r>
          </w:p>
        </w:tc>
      </w:tr>
    </w:tbl>
    <w:p/>
    <w:p>
      <w:r>
        <w:rPr>
          <w:b/>
        </w:rPr>
        <w:t>3. Actividad e ingresos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Ocupación o giro del negocio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Empresa o negocio donde trabaja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Antigüedad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Ingreso mensual aproximado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Otros ingresos</w:t>
            </w:r>
          </w:p>
        </w:tc>
        <w:tc>
          <w:tcPr>
            <w:tcW w:type="dxa" w:w="4320"/>
          </w:tcPr>
          <w:p>
            <w:r>
              <w:t>$[ ] [origen]</w:t>
            </w:r>
          </w:p>
        </w:tc>
      </w:tr>
    </w:tbl>
    <w:p/>
    <w:p>
      <w:r>
        <w:rPr>
          <w:b/>
        </w:rPr>
        <w:t>4. Crédito que solicita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 límite solicitado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Para qué es</w:t>
            </w:r>
          </w:p>
        </w:tc>
        <w:tc>
          <w:tcPr>
            <w:tcW w:type="dxa" w:w="4320"/>
          </w:tcPr>
          <w:p>
            <w:r>
              <w:t>[compra de mercancía / servicio / préstamo]</w:t>
            </w:r>
          </w:p>
        </w:tc>
      </w:tr>
      <w:tr>
        <w:tc>
          <w:tcPr>
            <w:tcW w:type="dxa" w:w="4320"/>
          </w:tcPr>
          <w:p>
            <w:r>
              <w:t>Plazo</w:t>
            </w:r>
          </w:p>
        </w:tc>
        <w:tc>
          <w:tcPr>
            <w:tcW w:type="dxa" w:w="4320"/>
          </w:tcPr>
          <w:p>
            <w:r>
              <w:t>[número] [días / semanas / quincenas / meses]</w:t>
            </w:r>
          </w:p>
        </w:tc>
      </w:tr>
      <w:tr>
        <w:tc>
          <w:tcPr>
            <w:tcW w:type="dxa" w:w="4320"/>
          </w:tcPr>
          <w:p>
            <w:r>
              <w:t>Forma de pago preferida</w:t>
            </w:r>
          </w:p>
        </w:tc>
        <w:tc>
          <w:tcPr>
            <w:tcW w:type="dxa" w:w="4320"/>
          </w:tcPr>
          <w:p>
            <w:r>
              <w:t>[efectivo / transferencia / depósito]</w:t>
            </w:r>
          </w:p>
        </w:tc>
      </w:tr>
      <w:tr>
        <w:tc>
          <w:tcPr>
            <w:tcW w:type="dxa" w:w="4320"/>
          </w:tcPr>
          <w:p>
            <w:r>
              <w:t>Día de pago que le conviene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r>
        <w:rPr>
          <w:b/>
        </w:rPr>
        <w:t>5. Referencias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Tipo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Teléfono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Relación o giro</w:t>
            </w:r>
          </w:p>
        </w:tc>
      </w:tr>
      <w:tr>
        <w:tc>
          <w:tcPr>
            <w:tcW w:type="dxa" w:w="2160"/>
          </w:tcPr>
          <w:p>
            <w:r>
              <w:t>Comercial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[proveedor que le da crédito]</w:t>
            </w:r>
          </w:p>
        </w:tc>
      </w:tr>
      <w:tr>
        <w:tc>
          <w:tcPr>
            <w:tcW w:type="dxa" w:w="2160"/>
          </w:tcPr>
          <w:p>
            <w:r>
              <w:t>Comercial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</w:tr>
      <w:tr>
        <w:tc>
          <w:tcPr>
            <w:tcW w:type="dxa" w:w="2160"/>
          </w:tcPr>
          <w:p>
            <w:r>
              <w:t>Personal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</w:tr>
      <w:tr>
        <w:tc>
          <w:tcPr>
            <w:tcW w:type="dxa" w:w="2160"/>
          </w:tcPr>
          <w:p>
            <w:r>
              <w:t>Personal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</w:tr>
    </w:tbl>
    <w:p/>
    <w:p>
      <w:r>
        <w:rPr>
          <w:b/>
        </w:rPr>
        <w:t>6. Aval u obligado solidario (sólo si se pide)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Nombre completo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Domicilio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Teléfono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Firma de conformidad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r>
        <w:rPr>
          <w:b/>
        </w:rPr>
        <w:t>7. Documentos que acompaña</w:t>
      </w:r>
    </w:p>
    <w:p>
      <w:pPr>
        <w:spacing w:after="0"/>
      </w:pPr>
      <w:r>
        <w:rPr>
          <w:b w:val="0"/>
        </w:rPr>
        <w:t>[ ] Identificación oficial vigente</w:t>
      </w:r>
    </w:p>
    <w:p>
      <w:pPr>
        <w:spacing w:after="0"/>
      </w:pPr>
      <w:r>
        <w:rPr>
          <w:b w:val="0"/>
        </w:rPr>
        <w:t>[ ] Comprobante de domicilio reciente</w:t>
      </w:r>
    </w:p>
    <w:p>
      <w:pPr>
        <w:spacing w:after="0"/>
      </w:pPr>
      <w:r>
        <w:rPr>
          <w:b w:val="0"/>
        </w:rPr>
        <w:t>[ ] Comprobante de ingresos o estados de cuenta</w:t>
      </w:r>
    </w:p>
    <w:p>
      <w:pPr>
        <w:spacing w:after="0"/>
      </w:pPr>
      <w:r>
        <w:rPr>
          <w:b w:val="0"/>
        </w:rPr>
        <w:t>[ ] Constancia de situación fiscal</w:t>
      </w:r>
    </w:p>
    <w:p>
      <w:pPr>
        <w:spacing w:after="0"/>
      </w:pPr>
      <w:r>
        <w:rPr>
          <w:b w:val="0"/>
        </w:rPr>
        <w:t>[ ] Acta constitutiva y poder del representante (empresas)</w:t>
      </w:r>
    </w:p>
    <w:p>
      <w:pPr>
        <w:spacing w:after="0"/>
      </w:pPr>
      <w:r>
        <w:rPr>
          <w:b w:val="0"/>
        </w:rPr>
        <w:t>[ ] Identificación del aval (si aplica)</w:t>
      </w:r>
    </w:p>
    <w:p/>
    <w:p>
      <w:r>
        <w:rPr>
          <w:b/>
        </w:rPr>
        <w:t>8. Autorización y aviso de privacidad</w:t>
      </w:r>
    </w:p>
    <w:p>
      <w:r>
        <w:rPr>
          <w:b w:val="0"/>
        </w:rPr>
        <w:t>Declaro que los datos de esta solicitud son verdaderos y autorizo a [Nombre del negocio] a verificarlos con las referencias que proporciono. Conozco el aviso de privacidad de [Nombre del negocio], disponible en [liga o lugar donde está el aviso de privacidad de quien otorga el crédito].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Firma del solicitante</w:t>
            </w:r>
          </w:p>
        </w:tc>
        <w:tc>
          <w:tcPr>
            <w:tcW w:type="dxa" w:w="4320"/>
          </w:tcPr>
          <w:p>
            <w:r>
              <w:t>Firma del aval (si aplica)</w:t>
            </w:r>
          </w:p>
        </w:tc>
      </w:tr>
    </w:tbl>
    <w:p/>
    <w:p>
      <w:r>
        <w:rPr>
          <w:b/>
        </w:rPr>
        <w:t>Para uso de quien otorga el crédito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Límite autorizado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Plazo autorizado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Día de pago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Fecha de autorización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Autorizó</w:t>
            </w:r>
          </w:p>
        </w:tc>
        <w:tc>
          <w:tcPr>
            <w:tcW w:type="dxa" w:w="4320"/>
          </w:tcPr>
          <w:p>
            <w:r>
              <w:t>[nombre y firma]</w:t>
            </w:r>
          </w:p>
        </w:tc>
      </w:tr>
      <w:tr>
        <w:tc>
          <w:tcPr>
            <w:tcW w:type="dxa" w:w="4320"/>
          </w:tcPr>
          <w:p>
            <w:r>
              <w:t>Documento de la deuda firmado</w:t>
            </w:r>
          </w:p>
        </w:tc>
        <w:tc>
          <w:tcPr>
            <w:tcW w:type="dxa" w:w="4320"/>
          </w:tcPr>
          <w:p>
            <w:r>
              <w:t>[pagaré / contrato / no aplica]</w:t>
            </w:r>
          </w:p>
        </w:tc>
      </w:tr>
    </w:tbl>
    <w:p/>
    <w:p>
      <w:r>
        <w:rPr>
          <w:i/>
          <w:color w:val="6B7A79"/>
          <w:sz w:val="18"/>
        </w:rPr>
        <w:t>Cambia todo lo que está entre corchetes y borra esta nota. La solicitud no es el documento de la deuda: el crédito se documenta aparte, con pagaré o contrato firmado. Guarda la solicitud y sus documentos juntos en el expediente del cliente. Formato de makatea.ai/formatos/solicitud-de-credito.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