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[Nombre de la Unidad Educativa]</w:t>
      </w:r>
    </w:p>
    <w:p>
      <w:pPr>
        <w:jc w:val="center"/>
      </w:pPr>
      <w:r>
        <w:rPr>
          <w:b w:val="0"/>
        </w:rPr>
        <w:t>RIF [J-00000000-0] · [Dirección] · [+58 212 000 0000]</w:t>
      </w:r>
    </w:p>
    <w:p/>
    <w:p>
      <w:pPr>
        <w:jc w:val="center"/>
      </w:pPr>
      <w:r>
        <w:rPr>
          <w:b/>
        </w:rPr>
        <w:t>SOLVENCIA ADMINISTRATIVA</w:t>
      </w:r>
    </w:p>
    <w:p>
      <w:pPr>
        <w:jc w:val="center"/>
      </w:pPr>
      <w:r>
        <w:rPr>
          <w:b w:val="0"/>
        </w:rPr>
        <w:t>Año escolar [2026-2027]</w:t>
      </w:r>
    </w:p>
    <w:p/>
    <w:p>
      <w:r>
        <w:rPr>
          <w:b w:val="0"/>
        </w:rPr>
        <w:t>Quien suscribe, [nombre], en su carácter de [administrador(a) / director(a)] de la [Unidad Educativa …], hace constar que el(la) representante [nombre completo], titular de la cédula de identidad N° [V-00.000.000], se encuentra SOLVENTE con esta institución, por concepto de inscripción y mensualidades del(la) estudiante [nombre completo], cursante de [grado o año y sección], hasta el mes de [mes] de [año] inclusive.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Pagado hasta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Monto mensual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2160"/>
          </w:tcPr>
          <w:p>
            <w:r>
              <w:t>Inscripción</w:t>
            </w:r>
          </w:p>
        </w:tc>
        <w:tc>
          <w:tcPr>
            <w:tcW w:type="dxa" w:w="2160"/>
          </w:tcPr>
          <w:p>
            <w:r>
              <w:t>[año escolar]</w:t>
            </w:r>
          </w:p>
        </w:tc>
        <w:tc>
          <w:tcPr>
            <w:tcW w:type="dxa" w:w="2160"/>
          </w:tcPr>
          <w:p>
            <w:r>
              <w:t>[Bs. / USD] [monto]</w:t>
            </w:r>
          </w:p>
        </w:tc>
        <w:tc>
          <w:tcPr>
            <w:tcW w:type="dxa" w:w="2160"/>
          </w:tcPr>
          <w:p>
            <w:r>
              <w:t>[Bs. / USD] 0,00</w:t>
            </w:r>
          </w:p>
        </w:tc>
      </w:tr>
      <w:tr>
        <w:tc>
          <w:tcPr>
            <w:tcW w:type="dxa" w:w="2160"/>
          </w:tcPr>
          <w:p>
            <w:r>
              <w:t>Mensualidades</w:t>
            </w:r>
          </w:p>
        </w:tc>
        <w:tc>
          <w:tcPr>
            <w:tcW w:type="dxa" w:w="2160"/>
          </w:tcPr>
          <w:p>
            <w:r>
              <w:t>[mes y año]</w:t>
            </w:r>
          </w:p>
        </w:tc>
        <w:tc>
          <w:tcPr>
            <w:tcW w:type="dxa" w:w="2160"/>
          </w:tcPr>
          <w:p>
            <w:r>
              <w:t>[Bs. / USD] [monto]</w:t>
            </w:r>
          </w:p>
        </w:tc>
        <w:tc>
          <w:tcPr>
            <w:tcW w:type="dxa" w:w="2160"/>
          </w:tcPr>
          <w:p>
            <w:r>
              <w:t>[Bs. / USD] 0,00</w:t>
            </w:r>
          </w:p>
        </w:tc>
      </w:tr>
      <w:tr>
        <w:tc>
          <w:tcPr>
            <w:tcW w:type="dxa" w:w="2160"/>
          </w:tcPr>
          <w:p>
            <w:r>
              <w:t>[Otro: seguro escolar, actividades, transporte]</w:t>
            </w:r>
          </w:p>
        </w:tc>
        <w:tc>
          <w:tcPr>
            <w:tcW w:type="dxa" w:w="2160"/>
          </w:tcPr>
          <w:p>
            <w:r>
              <w:t>[mes y año]</w:t>
            </w:r>
          </w:p>
        </w:tc>
        <w:tc>
          <w:tcPr>
            <w:tcW w:type="dxa" w:w="2160"/>
          </w:tcPr>
          <w:p>
            <w:r>
              <w:t>[Bs. / USD] [monto]</w:t>
            </w:r>
          </w:p>
        </w:tc>
        <w:tc>
          <w:tcPr>
            <w:tcW w:type="dxa" w:w="2160"/>
          </w:tcPr>
          <w:p>
            <w:r>
              <w:t>[Bs. / USD] 0,00</w:t>
            </w:r>
          </w:p>
        </w:tc>
      </w:tr>
    </w:tbl>
    <w:p/>
    <w:p>
      <w:r>
        <w:rPr>
          <w:b w:val="0"/>
        </w:rPr>
        <w:t>[Elige y borra: Los montos se expresan en bolívares. / Los montos se expresan en dólares estadounidenses; el pago en bolívares se calcula a la tasa [del día del pago / indicada por la institución].]</w:t>
      </w:r>
    </w:p>
    <w:p>
      <w:r>
        <w:rPr>
          <w:b w:val="0"/>
        </w:rPr>
        <w:t>Esta solvencia es válida hasta el [último día del mes cubierto] y no incluye mensualidades que venzan después. Se expide a solicitud de la parte interesada para [la inscripción del próximo año escolar / el retiro y traslado a otra institución / los fines que estime convenientes], en [ciudad], a los [día] días del mes de [mes] de [año].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[Cargo]</w:t>
      </w:r>
    </w:p>
    <w:p>
      <w:pPr>
        <w:spacing w:after="0"/>
      </w:pPr>
      <w:r>
        <w:rPr>
          <w:b w:val="0"/>
        </w:rPr>
        <w:t>[Unidad Educativa]</w:t>
      </w:r>
    </w:p>
    <w:p>
      <w:pPr>
        <w:spacing w:after="0"/>
      </w:pPr>
      <w:r>
        <w:rPr>
          <w:b w:val="0"/>
        </w:rPr>
        <w:t>Teléfono para verificar: [+58 4xx 000 0000]</w:t>
      </w:r>
    </w:p>
    <w:p>
      <w:r>
        <w:rPr>
          <w:b w:val="0"/>
        </w:rPr>
        <w:t>[Sello de la institución]</w:t>
      </w:r>
    </w:p>
    <w:p/>
    <w:p>
      <w:r>
        <w:rPr>
          <w:i/>
          <w:color w:val="6B7A79"/>
          <w:sz w:val="18"/>
        </w:rPr>
        <w:t>Cambia todo lo que está entre corchetes y borra esta nota antes de mandarlo. Versión Venezuela. Se entrega al representante, nunca por medio del estudiante. La entrega de notas y documentos del estudiante no depende de esta solvencia. Formato de makatea.ai/formatos/solvencia-de-pago-escolar. No sustituye la asesoría de un abogado.</w:t>
      </w:r>
    </w:p>
    <w:p>
      <w:r>
        <w:br w:type="page"/>
      </w:r>
    </w:p>
    <w:p>
      <w:pPr>
        <w:spacing w:after="0"/>
        <w:jc w:val="center"/>
      </w:pPr>
      <w:r>
        <w:rPr>
          <w:b/>
        </w:rPr>
        <w:t>[Nombre del colegio]</w:t>
      </w:r>
    </w:p>
    <w:p>
      <w:pPr>
        <w:jc w:val="center"/>
      </w:pPr>
      <w:r>
        <w:rPr>
          <w:b w:val="0"/>
        </w:rPr>
        <w:t>NIT [0000000-0] · [Dirección, zona, municipio] · [+502 0000 0000]</w:t>
      </w:r>
    </w:p>
    <w:p/>
    <w:p>
      <w:pPr>
        <w:jc w:val="center"/>
      </w:pPr>
      <w:r>
        <w:rPr>
          <w:b/>
        </w:rPr>
        <w:t>SOLVENCIA DE PAGO</w:t>
      </w:r>
    </w:p>
    <w:p>
      <w:pPr>
        <w:jc w:val="center"/>
      </w:pPr>
      <w:r>
        <w:rPr>
          <w:b w:val="0"/>
        </w:rPr>
        <w:t>Ciclo escolar [2026]</w:t>
      </w:r>
    </w:p>
    <w:p/>
    <w:p>
      <w:r>
        <w:rPr>
          <w:b w:val="0"/>
        </w:rPr>
        <w:t>La administración de [nombre del colegio] hace constar que el(la) señor(a) [nombre completo del padre, madre o encargado], quien se identifica con el Documento Personal de Identificación (DPI) N° [0000 00000 0000], encargado(a) del(la) alumno(a) [nombre completo], de [grado y sección], código [código del alumno], está al día en sus pagos con este establecimiento hasta el mes de [mes] de [año] inclusive: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Pagado hasta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2160"/>
          </w:tcPr>
          <w:p>
            <w:r>
              <w:t>Inscripción</w:t>
            </w:r>
          </w:p>
        </w:tc>
        <w:tc>
          <w:tcPr>
            <w:tcW w:type="dxa" w:w="2160"/>
          </w:tcPr>
          <w:p>
            <w:r>
              <w:t>[ciclo]</w:t>
            </w:r>
          </w:p>
        </w:tc>
        <w:tc>
          <w:tcPr>
            <w:tcW w:type="dxa" w:w="2160"/>
          </w:tcPr>
          <w:p>
            <w:r>
              <w:t>Q[monto]</w:t>
            </w:r>
          </w:p>
        </w:tc>
        <w:tc>
          <w:tcPr>
            <w:tcW w:type="dxa" w:w="2160"/>
          </w:tcPr>
          <w:p>
            <w:r>
              <w:t>Q0.00</w:t>
            </w:r>
          </w:p>
        </w:tc>
      </w:tr>
      <w:tr>
        <w:tc>
          <w:tcPr>
            <w:tcW w:type="dxa" w:w="2160"/>
          </w:tcPr>
          <w:p>
            <w:r>
              <w:t>Colegiatura mensual</w:t>
            </w:r>
          </w:p>
        </w:tc>
        <w:tc>
          <w:tcPr>
            <w:tcW w:type="dxa" w:w="2160"/>
          </w:tcPr>
          <w:p>
            <w:r>
              <w:t>[mes y año]</w:t>
            </w:r>
          </w:p>
        </w:tc>
        <w:tc>
          <w:tcPr>
            <w:tcW w:type="dxa" w:w="2160"/>
          </w:tcPr>
          <w:p>
            <w:r>
              <w:t>Q[monto]</w:t>
            </w:r>
          </w:p>
        </w:tc>
        <w:tc>
          <w:tcPr>
            <w:tcW w:type="dxa" w:w="2160"/>
          </w:tcPr>
          <w:p>
            <w:r>
              <w:t>Q0.00</w:t>
            </w:r>
          </w:p>
        </w:tc>
      </w:tr>
      <w:tr>
        <w:tc>
          <w:tcPr>
            <w:tcW w:type="dxa" w:w="2160"/>
          </w:tcPr>
          <w:p>
            <w:r>
              <w:t>[Otro: refacción, bus, actividades]</w:t>
            </w:r>
          </w:p>
        </w:tc>
        <w:tc>
          <w:tcPr>
            <w:tcW w:type="dxa" w:w="2160"/>
          </w:tcPr>
          <w:p>
            <w:r>
              <w:t>[mes y año]</w:t>
            </w:r>
          </w:p>
        </w:tc>
        <w:tc>
          <w:tcPr>
            <w:tcW w:type="dxa" w:w="2160"/>
          </w:tcPr>
          <w:p>
            <w:r>
              <w:t>Q[monto]</w:t>
            </w:r>
          </w:p>
        </w:tc>
        <w:tc>
          <w:tcPr>
            <w:tcW w:type="dxa" w:w="2160"/>
          </w:tcPr>
          <w:p>
            <w:r>
              <w:t>Q0.00</w:t>
            </w:r>
          </w:p>
        </w:tc>
      </w:tr>
    </w:tbl>
    <w:p/>
    <w:p>
      <w:r>
        <w:rPr>
          <w:b w:val="0"/>
        </w:rPr>
        <w:t>Esta solvencia es válida hasta el [último día del mes cubierto]. Se extiende a solicitud del interesado para [la inscripción del ciclo [2027] / el traslado a otro establecimiento / los usos que estime convenientes], en [ciudad], el [día] de [mes] de [año].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[Administración / Tesorería]</w:t>
      </w:r>
    </w:p>
    <w:p>
      <w:pPr>
        <w:spacing w:after="0"/>
      </w:pPr>
      <w:r>
        <w:rPr>
          <w:b w:val="0"/>
        </w:rPr>
        <w:t>[Nombre del colegio]</w:t>
      </w:r>
    </w:p>
    <w:p>
      <w:pPr>
        <w:spacing w:after="0"/>
      </w:pPr>
      <w:r>
        <w:rPr>
          <w:b w:val="0"/>
        </w:rPr>
        <w:t>Teléfono para verificar: [+502 0000 0000]</w:t>
      </w:r>
    </w:p>
    <w:p>
      <w:r>
        <w:rPr>
          <w:b w:val="0"/>
        </w:rPr>
        <w:t>[Sello del colegio]</w:t>
      </w:r>
    </w:p>
    <w:p/>
    <w:p>
      <w:r>
        <w:rPr>
          <w:i/>
          <w:color w:val="6B7A79"/>
          <w:sz w:val="18"/>
        </w:rPr>
        <w:t>Cambia todo lo que está entre corchetes y borra esta nota antes de mandarlo. Versión Guatemala. Se entrega al padre, madre o encargado, nunca por medio del alumno. La entrega de calificaciones y documentos del alumno no depende de esta solvencia. Formato de makatea.ai/formatos/solvencia-de-pago-escolar.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