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[Cidade], [dia] de [mês] de [ano].</w:t>
      </w:r>
    </w:p>
    <w:p/>
    <w:p>
      <w:pPr>
        <w:spacing w:after="0"/>
      </w:pPr>
      <w:r>
        <w:rPr>
          <w:b w:val="0"/>
        </w:rPr>
        <w:t>À</w:t>
      </w:r>
    </w:p>
    <w:p>
      <w:pPr>
        <w:spacing w:after="0"/>
      </w:pPr>
      <w:r>
        <w:rPr>
          <w:b w:val="0"/>
        </w:rPr>
        <w:t>[Nome completo ou razão social do devedor]</w:t>
      </w:r>
    </w:p>
    <w:p>
      <w:pPr>
        <w:spacing w:after="0"/>
      </w:pPr>
      <w:r>
        <w:rPr>
          <w:b w:val="0"/>
        </w:rPr>
        <w:t>CPF/CNPJ [número]</w:t>
      </w:r>
    </w:p>
    <w:p>
      <w:r>
        <w:rPr>
          <w:b w:val="0"/>
        </w:rPr>
        <w:t>[Endereço completo, com CEP]</w:t>
      </w:r>
    </w:p>
    <w:p/>
    <w:p>
      <w:pPr>
        <w:jc w:val="center"/>
      </w:pPr>
      <w:r>
        <w:rPr>
          <w:b/>
        </w:rPr>
        <w:t>CARTA DE COBRANÇA</w:t>
      </w:r>
    </w:p>
    <w:p>
      <w:r>
        <w:rPr>
          <w:b/>
        </w:rPr>
        <w:t>Assunto: Carta de cobrança referente a [nota fiscal, contrato ou parcela nº]</w:t>
      </w:r>
    </w:p>
    <w:p>
      <w:r>
        <w:rPr>
          <w:b w:val="0"/>
        </w:rPr>
        <w:t>Prezado(a) [Nome],</w:t>
      </w:r>
    </w:p>
    <w:p>
      <w:r>
        <w:rPr>
          <w:b w:val="0"/>
        </w:rPr>
        <w:t>Consta em nossos registros o débito abaixo, que ainda não foi quitado.</w:t>
      </w:r>
    </w:p>
    <w:p>
      <w:pPr>
        <w:spacing w:after="0"/>
      </w:pPr>
      <w:r>
        <w:rPr>
          <w:b w:val="0"/>
        </w:rPr>
        <w:t>Descrição: [produto, serviço ou parcela]</w:t>
      </w:r>
    </w:p>
    <w:p>
      <w:pPr>
        <w:spacing w:after="0"/>
      </w:pPr>
      <w:r>
        <w:rPr>
          <w:b w:val="0"/>
        </w:rPr>
        <w:t>Documento: [nota fiscal, contrato ou boleto nº]</w:t>
      </w:r>
    </w:p>
    <w:p>
      <w:pPr>
        <w:spacing w:after="0"/>
      </w:pPr>
      <w:r>
        <w:rPr>
          <w:b w:val="0"/>
        </w:rPr>
        <w:t>Vencimento: [data]</w:t>
      </w:r>
    </w:p>
    <w:p>
      <w:pPr>
        <w:spacing w:after="0"/>
      </w:pPr>
      <w:r>
        <w:rPr>
          <w:b w:val="0"/>
        </w:rPr>
        <w:t>Valor original: R$ [valor] ([valor por extenso])</w:t>
      </w:r>
    </w:p>
    <w:p>
      <w:pPr>
        <w:spacing w:after="0"/>
      </w:pPr>
      <w:r>
        <w:rPr>
          <w:b w:val="0"/>
        </w:rPr>
        <w:t>Multa e juros previstos em contrato: R$ [valor]</w:t>
      </w:r>
    </w:p>
    <w:p>
      <w:r>
        <w:rPr>
          <w:b/>
        </w:rPr>
        <w:t>Total atualizado até [data]: R$ [valor]</w:t>
      </w:r>
    </w:p>
    <w:p>
      <w:r>
        <w:rPr>
          <w:b w:val="0"/>
        </w:rPr>
        <w:t>Pedimos a regularização até [data limite], por uma das formas abaixo.</w:t>
      </w:r>
    </w:p>
    <w:p>
      <w:pPr>
        <w:spacing w:after="0"/>
      </w:pPr>
      <w:r>
        <w:rPr>
          <w:b w:val="0"/>
        </w:rPr>
        <w:t>Pix: [chave Pix]</w:t>
      </w:r>
    </w:p>
    <w:p>
      <w:pPr>
        <w:spacing w:after="0"/>
      </w:pPr>
      <w:r>
        <w:rPr>
          <w:b w:val="0"/>
        </w:rPr>
        <w:t>Boleto: [linha digitável ou link]</w:t>
      </w:r>
    </w:p>
    <w:p>
      <w:r>
        <w:rPr>
          <w:b w:val="0"/>
        </w:rPr>
        <w:t>Transferência: banco [banco], agência [agência], conta [conta], titular [nome]</w:t>
      </w:r>
    </w:p>
    <w:p>
      <w:r>
        <w:rPr>
          <w:b w:val="0"/>
        </w:rPr>
        <w:t>Se o pagamento já foi feito, desconsidere esta carta e envie o comprovante para [e-mail ou WhatsApp].</w:t>
      </w:r>
    </w:p>
    <w:p>
      <w:r>
        <w:rPr>
          <w:b w:val="0"/>
        </w:rPr>
        <w:t>Se precisar negociar prazo ou parcelamento, fale pelo mesmo canal até a data acima.</w:t>
      </w:r>
    </w:p>
    <w:p/>
    <w:p>
      <w:r>
        <w:rPr>
          <w:b w:val="0"/>
        </w:rPr>
        <w:t>Atenciosamente,</w:t>
      </w:r>
    </w:p>
    <w:p/>
    <w:p>
      <w:pPr>
        <w:spacing w:after="0"/>
      </w:pPr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[Nome do responsável]</w:t>
      </w:r>
    </w:p>
    <w:p>
      <w:pPr>
        <w:spacing w:after="0"/>
      </w:pPr>
      <w:r>
        <w:rPr>
          <w:b w:val="0"/>
        </w:rPr>
        <w:t>[Empresa] · CNPJ [número]</w:t>
      </w:r>
    </w:p>
    <w:p>
      <w:pPr>
        <w:spacing w:after="0"/>
      </w:pPr>
      <w:r>
        <w:rPr>
          <w:b w:val="0"/>
        </w:rPr>
        <w:t>[Telefone] · [e-mail]</w:t>
      </w:r>
    </w:p>
    <w:p/>
    <w:p>
      <w:r>
        <w:rPr>
          <w:i/>
          <w:color w:val="6B7A79"/>
          <w:sz w:val="18"/>
        </w:rPr>
        <w:t>Segunda carta: troque o parágrafo do prazo por «Em [data da primeira carta] enviamos o aviso do débito acima, sem retorno até agora. Podemos dividir o total em [número] parcelas de R$ [valor]. Responda até [data] para fechar o acordo.»</w:t>
      </w:r>
    </w:p>
    <w:p>
      <w:r>
        <w:rPr>
          <w:i/>
          <w:color w:val="6B7A79"/>
          <w:sz w:val="18"/>
        </w:rPr>
        <w:t>Último aviso: acrescente «Sem o pagamento ou um acordo até [data], o título será enviado a protesto em cartório, conforme a Lei 9.492/1997.» Cite só o passo que você vai de fato dar.</w:t>
      </w:r>
    </w:p>
    <w:p>
      <w:r>
        <w:rPr>
          <w:i/>
          <w:color w:val="6B7A79"/>
          <w:sz w:val="18"/>
        </w:rPr>
        <w:t>Modelo de makatea.ai/pt/modelos/carta-de-cobranca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