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[Business name]</w:t>
      </w:r>
    </w:p>
    <w:p>
      <w:r>
        <w:t>[Address] · [Phone] · [Email]</w:t>
      </w:r>
    </w:p>
    <w:p>
      <w:r/>
    </w:p>
    <w:p>
      <w:r>
        <w:t>[Date: 21 October 2026]</w:t>
      </w:r>
    </w:p>
    <w:p>
      <w:r/>
    </w:p>
    <w:p>
      <w:r>
        <w:t>[Customer name]</w:t>
      </w:r>
    </w:p>
    <w:p>
      <w:r>
        <w:t>[Customer address]</w:t>
      </w:r>
    </w:p>
    <w:p>
      <w:r/>
    </w:p>
    <w:p>
      <w:r>
        <w:t>Account no.: [Account number]</w:t>
      </w:r>
    </w:p>
    <w:p>
      <w:r/>
    </w:p>
    <w:p>
      <w:pPr>
        <w:jc w:val="center"/>
      </w:pPr>
      <w:r>
        <w:rPr>
          <w:b/>
          <w:sz w:val="28"/>
        </w:rPr>
        <w:t>FINAL DEMAND FOR PAYMENT</w:t>
      </w:r>
    </w:p>
    <w:p>
      <w:r/>
    </w:p>
    <w:p>
      <w:r>
        <w:t>Dear [Customer name],</w:t>
      </w:r>
    </w:p>
    <w:p>
      <w:r/>
    </w:p>
    <w:p>
      <w:r>
        <w:t>Our records show that the following invoices remain unpaid:</w:t>
      </w:r>
    </w:p>
    <w:p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Due date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160"/>
          </w:tcPr>
          <w:p>
            <w:r>
              <w:t>[1019]</w:t>
            </w:r>
          </w:p>
        </w:tc>
        <w:tc>
          <w:tcPr>
            <w:tcW w:type="dxa" w:w="2160"/>
          </w:tcPr>
          <w:p>
            <w:r>
              <w:t>[10 June 2026]</w:t>
            </w:r>
          </w:p>
        </w:tc>
        <w:tc>
          <w:tcPr>
            <w:tcW w:type="dxa" w:w="2160"/>
          </w:tcPr>
          <w:p>
            <w:r>
              <w:t>[10 July 2026]</w:t>
            </w:r>
          </w:p>
        </w:tc>
        <w:tc>
          <w:tcPr>
            <w:tcW w:type="dxa" w:w="2160"/>
          </w:tcPr>
          <w:p>
            <w:r>
              <w:t>[5,900.00]</w:t>
            </w:r>
          </w:p>
        </w:tc>
      </w:tr>
      <w:tr>
        <w:tc>
          <w:tcPr>
            <w:tcW w:type="dxa" w:w="2160"/>
          </w:tcPr>
          <w:p>
            <w:r>
              <w:t>[1033]</w:t>
            </w:r>
          </w:p>
        </w:tc>
        <w:tc>
          <w:tcPr>
            <w:tcW w:type="dxa" w:w="2160"/>
          </w:tcPr>
          <w:p>
            <w:r>
              <w:t>[1 August 2026]</w:t>
            </w:r>
          </w:p>
        </w:tc>
        <w:tc>
          <w:tcPr>
            <w:tcW w:type="dxa" w:w="2160"/>
          </w:tcPr>
          <w:p>
            <w:r>
              <w:t>[31 August 2026]</w:t>
            </w:r>
          </w:p>
        </w:tc>
        <w:tc>
          <w:tcPr>
            <w:tcW w:type="dxa" w:w="2160"/>
          </w:tcPr>
          <w:p>
            <w:r>
              <w:t>[4,700.00]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Total</w:t>
            </w:r>
          </w:p>
        </w:tc>
        <w:tc>
          <w:tcPr>
            <w:tcW w:type="dxa" w:w="2160"/>
          </w:tcPr>
          <w:p>
            <w:r>
              <w:t>[10,600.00]</w:t>
            </w:r>
          </w:p>
        </w:tc>
      </w:tr>
    </w:tbl>
    <w:p/>
    <w:p>
      <w:r/>
    </w:p>
    <w:p>
      <w:r>
        <w:t>Reminders were sent on [dates of earlier reminders] and the balance has not been paid.</w:t>
      </w:r>
    </w:p>
    <w:p>
      <w:r/>
    </w:p>
    <w:p>
      <w:r>
        <w:t>[If the agreement or the law allows interest or recovery costs, list them here with their basis. Leave this line out if neither applies.]</w:t>
      </w:r>
    </w:p>
    <w:p>
      <w:r/>
    </w:p>
    <w:p>
      <w:r>
        <w:t>Please pay [currency and total amount] by [deadline date, at least 14 days from today] using the details below:</w:t>
      </w:r>
    </w:p>
    <w:p>
      <w:r/>
    </w:p>
    <w:p>
      <w:r>
        <w:t>[Bank name, account name and number, reference]</w:t>
      </w:r>
    </w:p>
    <w:p>
      <w:r>
        <w:t>[Payment link or other method]</w:t>
      </w:r>
    </w:p>
    <w:p>
      <w:r/>
    </w:p>
    <w:p>
      <w:r>
        <w:t>If payment is not received by that date, [Business name] intends to [the specific step you will actually take, for example refer the matter to a solicitor, start a small claims case, or stop supplying on credit]. This may add costs to the amount owed.</w:t>
      </w:r>
    </w:p>
    <w:p>
      <w:r/>
    </w:p>
    <w:p>
      <w:r>
        <w:t>If you dispute any part of this balance, or if you would like to agree a payment plan, contact [name] at [phone or email] before the deadline. A copy of each invoice is available on request.</w:t>
      </w:r>
    </w:p>
    <w:p>
      <w:r/>
    </w:p>
    <w:p>
      <w:r>
        <w:t>If you have already paid, please send the payment reference and ignore this letter.</w:t>
      </w:r>
    </w:p>
    <w:p>
      <w:r/>
    </w:p>
    <w:p>
      <w:r>
        <w:t>Yours sincerely,</w:t>
      </w:r>
    </w:p>
    <w:p>
      <w:r/>
    </w:p>
    <w:p>
      <w:r>
        <w:t>_____________________________</w:t>
      </w:r>
    </w:p>
    <w:p>
      <w:r>
        <w:t>[Name]</w:t>
      </w:r>
    </w:p>
    <w:p>
      <w:r>
        <w:t>[Role]</w:t>
      </w:r>
    </w:p>
    <w:p>
      <w:r>
        <w:t>For [Business name]</w:t>
      </w:r>
    </w:p>
    <w:p>
      <w:r>
        <w:rPr>
          <w:color w:val="6B7A79"/>
          <w:sz w:val="16"/>
        </w:rPr>
        <w:t>Template from makatea.ai/en/templates/final-demand-letter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