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[Issuer letterhead]</w:t>
      </w:r>
    </w:p>
    <w:p>
      <w:r/>
    </w:p>
    <w:p>
      <w:pPr>
        <w:jc w:val="center"/>
      </w:pPr>
      <w:r>
        <w:rPr>
          <w:b/>
          <w:sz w:val="28"/>
        </w:rPr>
        <w:t>NO DUES CERTIFICATE</w:t>
      </w:r>
    </w:p>
    <w:p>
      <w:r/>
    </w:p>
    <w:p>
      <w:r>
        <w:t>Certificate no.: [NDC-2026-0045]</w:t>
      </w:r>
    </w:p>
    <w:p>
      <w:r>
        <w:t>Date: [21 October 2026]</w:t>
      </w:r>
    </w:p>
    <w:p>
      <w:r/>
    </w:p>
    <w:p>
      <w:r>
        <w:t>To whom it may concern</w:t>
      </w:r>
    </w:p>
    <w:p>
      <w:r/>
    </w:p>
    <w:p>
      <w:r>
        <w:t>This is to certify that [full name of the person or business], [account no. / flat no. / student ID / employee ID] [reference], has no dues pending with [issuer name] towards [description of the dues, for example monthly service charges, rent of the premises at …, school fees, or advances and assets issued during employment] as on [cut-off date].</w:t>
      </w:r>
    </w:p>
    <w:p>
      <w:r/>
    </w:p>
    <w:p>
      <w:r>
        <w:t>The last payment of [currency and amount] ([amount in words]) was received on [date of last payment] by [mode of payment] with reference [transaction reference]. With this payment, all amounts due up to [cut-off date] stand fully paid.</w:t>
      </w:r>
    </w:p>
    <w:p>
      <w:r/>
    </w:p>
    <w:p>
      <w:r>
        <w:t>[Optional for employees] All company assets, including [laptop, ID card, keys], have been returned and no advance or loan from the company is outstanding.</w:t>
      </w:r>
    </w:p>
    <w:p>
      <w:r/>
    </w:p>
    <w:p>
      <w:r>
        <w:t>[Optional for housing societies] [Issuer name] has no objection to the transfer or sale of [flat no.] as far as maintenance dues are concerned.</w:t>
      </w:r>
    </w:p>
    <w:p>
      <w:r/>
    </w:p>
    <w:p>
      <w:r>
        <w:t>This certificate is issued on the request of [name] for [purpose, for example closing the account, vacating the premises, admission to another school or full and final settlement].</w:t>
      </w:r>
    </w:p>
    <w:p>
      <w:r/>
    </w:p>
    <w:p>
      <w:r>
        <w:t>For [issuer name]</w:t>
      </w:r>
    </w:p>
    <w:p>
      <w:r/>
    </w:p>
    <w:p>
      <w:r>
        <w:t>_____________________________</w:t>
      </w:r>
    </w:p>
    <w:p>
      <w:r>
        <w:t>[Name of the authorised signatory]</w:t>
      </w:r>
    </w:p>
    <w:p>
      <w:r>
        <w:t>[Designation]</w:t>
      </w:r>
    </w:p>
    <w:p>
      <w:r>
        <w:t>[Phone] · [Email]</w:t>
      </w:r>
    </w:p>
    <w:p>
      <w:r/>
    </w:p>
    <w:p>
      <w:r>
        <w:t>[Seal or stamp]</w:t>
      </w:r>
    </w:p>
    <w:p>
      <w:r>
        <w:rPr>
          <w:color w:val="6B7A79"/>
          <w:sz w:val="16"/>
        </w:rPr>
        <w:t>Template from makatea.ai/en/templates/no-dues-certificate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