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PAYMENT AGREEMENT LETTER</w:t>
      </w:r>
    </w:p>
    <w:p>
      <w:r/>
    </w:p>
    <w:p>
      <w:r>
        <w:t>Date: [21 October 2026]</w:t>
      </w:r>
    </w:p>
    <w:p>
      <w:r>
        <w:t>Place: [City]</w:t>
      </w:r>
    </w:p>
    <w:p>
      <w:r/>
    </w:p>
    <w:p>
      <w:r>
        <w:t>Between</w:t>
      </w:r>
    </w:p>
    <w:p>
      <w:r>
        <w:t>[Business name], [address], represented by [name and role] ("the Business")</w:t>
      </w:r>
    </w:p>
    <w:p>
      <w:r>
        <w:t>and</w:t>
      </w:r>
    </w:p>
    <w:p>
      <w:r>
        <w:t>[Customer name], [address], [account number or ID] ("the Customer")</w:t>
      </w:r>
    </w:p>
    <w:p>
      <w:r/>
    </w:p>
    <w:p>
      <w:r>
        <w:t>1. Balance</w:t>
      </w:r>
    </w:p>
    <w:p>
      <w:r>
        <w:t>The Customer acknowledges a balance of [currency and amount] ([amount in words]) owed to the Business for [description, for example invoices 1042, 1057 and 1063 for services from July to September 2026].</w:t>
      </w:r>
    </w:p>
    <w:p>
      <w:r/>
    </w:p>
    <w:p>
      <w:r>
        <w:t>2. Payment plan</w:t>
      </w:r>
    </w:p>
    <w:p>
      <w:r>
        <w:t>The Customer will pay the balance in [number] installments as follows:</w:t>
      </w:r>
    </w:p>
    <w:p>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No.</w:t>
            </w:r>
          </w:p>
        </w:tc>
        <w:tc>
          <w:tcPr>
            <w:tcW w:type="dxa" w:w="2880"/>
          </w:tcPr>
          <w:p>
            <w:r>
              <w:rPr>
                <w:b/>
              </w:rPr>
              <w:t>Due date</w:t>
            </w:r>
          </w:p>
        </w:tc>
        <w:tc>
          <w:tcPr>
            <w:tcW w:type="dxa" w:w="2880"/>
          </w:tcPr>
          <w:p>
            <w:r>
              <w:rPr>
                <w:b/>
              </w:rPr>
              <w:t>Amount</w:t>
            </w:r>
          </w:p>
        </w:tc>
      </w:tr>
      <w:tr>
        <w:tc>
          <w:tcPr>
            <w:tcW w:type="dxa" w:w="2880"/>
          </w:tcPr>
          <w:p>
            <w:r>
              <w:t>1</w:t>
            </w:r>
          </w:p>
        </w:tc>
        <w:tc>
          <w:tcPr>
            <w:tcW w:type="dxa" w:w="2880"/>
          </w:tcPr>
          <w:p>
            <w:r>
              <w:t>[5 November 2026]</w:t>
            </w:r>
          </w:p>
        </w:tc>
        <w:tc>
          <w:tcPr>
            <w:tcW w:type="dxa" w:w="2880"/>
          </w:tcPr>
          <w:p>
            <w:r>
              <w:t>[amount]</w:t>
            </w:r>
          </w:p>
        </w:tc>
      </w:tr>
      <w:tr>
        <w:tc>
          <w:tcPr>
            <w:tcW w:type="dxa" w:w="2880"/>
          </w:tcPr>
          <w:p>
            <w:r>
              <w:t>2</w:t>
            </w:r>
          </w:p>
        </w:tc>
        <w:tc>
          <w:tcPr>
            <w:tcW w:type="dxa" w:w="2880"/>
          </w:tcPr>
          <w:p>
            <w:r>
              <w:t>[5 December 2026]</w:t>
            </w:r>
          </w:p>
        </w:tc>
        <w:tc>
          <w:tcPr>
            <w:tcW w:type="dxa" w:w="2880"/>
          </w:tcPr>
          <w:p>
            <w:r>
              <w:t>[amount]</w:t>
            </w:r>
          </w:p>
        </w:tc>
      </w:tr>
      <w:tr>
        <w:tc>
          <w:tcPr>
            <w:tcW w:type="dxa" w:w="2880"/>
          </w:tcPr>
          <w:p>
            <w:r>
              <w:t>3</w:t>
            </w:r>
          </w:p>
        </w:tc>
        <w:tc>
          <w:tcPr>
            <w:tcW w:type="dxa" w:w="2880"/>
          </w:tcPr>
          <w:p>
            <w:r>
              <w:t>[5 January 2027]</w:t>
            </w:r>
          </w:p>
        </w:tc>
        <w:tc>
          <w:tcPr>
            <w:tcW w:type="dxa" w:w="2880"/>
          </w:tcPr>
          <w:p>
            <w:r>
              <w:t>[amount]</w:t>
            </w:r>
          </w:p>
        </w:tc>
      </w:tr>
      <w:tr>
        <w:tc>
          <w:tcPr>
            <w:tcW w:type="dxa" w:w="2880"/>
          </w:tcPr>
          <w:p>
            <w:r>
              <w:t>4</w:t>
            </w:r>
          </w:p>
        </w:tc>
        <w:tc>
          <w:tcPr>
            <w:tcW w:type="dxa" w:w="2880"/>
          </w:tcPr>
          <w:p>
            <w:r>
              <w:t>[5 February 2027]</w:t>
            </w:r>
          </w:p>
        </w:tc>
        <w:tc>
          <w:tcPr>
            <w:tcW w:type="dxa" w:w="2880"/>
          </w:tcPr>
          <w:p>
            <w:r>
              <w:t>[amount]</w:t>
            </w:r>
          </w:p>
        </w:tc>
      </w:tr>
      <w:tr>
        <w:tc>
          <w:tcPr>
            <w:tcW w:type="dxa" w:w="2880"/>
          </w:tcPr>
          <w:p>
            <w:r/>
          </w:p>
        </w:tc>
        <w:tc>
          <w:tcPr>
            <w:tcW w:type="dxa" w:w="2880"/>
          </w:tcPr>
          <w:p>
            <w:r>
              <w:t>Total</w:t>
            </w:r>
          </w:p>
        </w:tc>
        <w:tc>
          <w:tcPr>
            <w:tcW w:type="dxa" w:w="2880"/>
          </w:tcPr>
          <w:p>
            <w:r>
              <w:t>[total amount]</w:t>
            </w:r>
          </w:p>
        </w:tc>
      </w:tr>
    </w:tbl>
    <w:p/>
    <w:p>
      <w:r/>
    </w:p>
    <w:p>
      <w:r>
        <w:t>3. How to pay</w:t>
      </w:r>
    </w:p>
    <w:p>
      <w:r>
        <w:t>Each installment will be paid by [bank transfer to account … / UPI ID … / payment link sent before each date], with the reference [account number].</w:t>
      </w:r>
    </w:p>
    <w:p>
      <w:r/>
    </w:p>
    <w:p>
      <w:r>
        <w:t>4. Interest and charges</w:t>
      </w:r>
    </w:p>
    <w:p>
      <w:r>
        <w:t>[No interest or charges will be added while the plan is followed.] [or: Each installment includes interest of … as agreed by both parties.]</w:t>
      </w:r>
    </w:p>
    <w:p>
      <w:r/>
    </w:p>
    <w:p>
      <w:r>
        <w:t>5. Missed payments</w:t>
      </w:r>
    </w:p>
    <w:p>
      <w:r>
        <w:t>If an installment is more than [7] days late, the Business will notify the Customer in writing. If it is not paid within [15] days of that notice, the full remaining balance becomes due and the Business may take the steps available under the law.</w:t>
      </w:r>
    </w:p>
    <w:p>
      <w:r/>
    </w:p>
    <w:p>
      <w:r>
        <w:t>6. Completion</w:t>
      </w:r>
    </w:p>
    <w:p>
      <w:r>
        <w:t>When the last installment is received, the Business will confirm in writing that the balance is fully paid and issue a no dues certificate within [5] days.</w:t>
      </w:r>
    </w:p>
    <w:p>
      <w:r/>
    </w:p>
    <w:p>
      <w:r>
        <w:t>7. Other terms</w:t>
      </w:r>
    </w:p>
    <w:p>
      <w:r>
        <w:t>This letter does not change any other term of the original agreement between the parties, except the payment schedule above. Any change to this plan must be agreed in writing by both parties.</w:t>
      </w:r>
    </w:p>
    <w:p>
      <w:r/>
    </w:p>
    <w:p>
      <w:r>
        <w:t>Signed</w:t>
      </w:r>
    </w:p>
    <w:p>
      <w:r/>
    </w:p>
    <w:tbl>
      <w:tblPr>
        <w:tblW w:type="auto" w:w="0"/>
        <w:tblLook w:firstColumn="1" w:firstRow="1" w:lastColumn="0" w:lastRow="0" w:noHBand="0" w:noVBand="1" w:val="04A0"/>
      </w:tblPr>
      <w:tblGrid>
        <w:gridCol w:w="4320"/>
        <w:gridCol w:w="4320"/>
      </w:tblGrid>
      <w:tr>
        <w:tc>
          <w:tcPr>
            <w:tcW w:type="dxa" w:w="4320"/>
          </w:tcPr>
          <w:p>
            <w:r>
              <w:t>_____________________________</w:t>
            </w:r>
          </w:p>
        </w:tc>
        <w:tc>
          <w:tcPr>
            <w:tcW w:type="dxa" w:w="4320"/>
          </w:tcPr>
          <w:p>
            <w:r>
              <w:t>_____________________________</w:t>
            </w:r>
          </w:p>
        </w:tc>
      </w:tr>
      <w:tr>
        <w:tc>
          <w:tcPr>
            <w:tcW w:type="dxa" w:w="4320"/>
          </w:tcPr>
          <w:p>
            <w:r>
              <w:t>For the Business</w:t>
            </w:r>
          </w:p>
        </w:tc>
        <w:tc>
          <w:tcPr>
            <w:tcW w:type="dxa" w:w="4320"/>
          </w:tcPr>
          <w:p>
            <w:r>
              <w:t>The Customer</w:t>
            </w:r>
          </w:p>
        </w:tc>
      </w:tr>
      <w:tr>
        <w:tc>
          <w:tcPr>
            <w:tcW w:type="dxa" w:w="4320"/>
          </w:tcPr>
          <w:p>
            <w:r>
              <w:t>[Name and role]</w:t>
            </w:r>
          </w:p>
        </w:tc>
        <w:tc>
          <w:tcPr>
            <w:tcW w:type="dxa" w:w="4320"/>
          </w:tcPr>
          <w:p>
            <w:r>
              <w:t>[Name]</w:t>
            </w:r>
          </w:p>
        </w:tc>
      </w:tr>
      <w:tr>
        <w:tc>
          <w:tcPr>
            <w:tcW w:type="dxa" w:w="4320"/>
          </w:tcPr>
          <w:p>
            <w:r>
              <w:t>[Date]</w:t>
            </w:r>
          </w:p>
        </w:tc>
        <w:tc>
          <w:tcPr>
            <w:tcW w:type="dxa" w:w="4320"/>
          </w:tcPr>
          <w:p>
            <w:r>
              <w:t>[Date]</w:t>
            </w:r>
          </w:p>
        </w:tc>
      </w:tr>
    </w:tbl>
    <w:p/>
    <w:p>
      <w:r>
        <w:rPr>
          <w:color w:val="6B7A79"/>
          <w:sz w:val="16"/>
        </w:rPr>
        <w:t>Template from makatea.ai/en/templates/payment-agreement-letter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