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STATEMENT OF ACCOUNT</w:t>
      </w:r>
    </w:p>
    <w:p>
      <w:r/>
    </w:p>
    <w:p>
      <w:r>
        <w:t>[Business name]</w:t>
      </w:r>
    </w:p>
    <w:p>
      <w:r>
        <w:t>[Address] · [Phone] · [Email]</w:t>
      </w:r>
    </w:p>
    <w:p>
      <w:r>
        <w:t>[Tax ID, if any]</w:t>
      </w:r>
    </w:p>
    <w:p>
      <w:r/>
    </w:p>
    <w:p>
      <w:r>
        <w:t>To: [Customer name]</w:t>
      </w:r>
    </w:p>
    <w:p>
      <w:r>
        <w:t>Account no.: [Account number]</w:t>
      </w:r>
    </w:p>
    <w:p>
      <w:r>
        <w:t>[Customer address]</w:t>
      </w:r>
    </w:p>
    <w:p>
      <w:r/>
    </w:p>
    <w:p>
      <w:r>
        <w:t>Statement date: [31 October 2026]</w:t>
      </w:r>
    </w:p>
    <w:p>
      <w:r>
        <w:t>Period: [1 October 2026] to [31 October 2026]</w:t>
      </w:r>
    </w:p>
    <w:p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Reference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Debit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Credit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Balance</w:t>
            </w:r>
          </w:p>
        </w:tc>
      </w:tr>
      <w:tr>
        <w:tc>
          <w:tcPr>
            <w:tcW w:type="dxa" w:w="1440"/>
          </w:tcPr>
          <w:p>
            <w:r>
              <w:t>[01 Oct]</w:t>
            </w:r>
          </w:p>
        </w:tc>
        <w:tc>
          <w:tcPr>
            <w:tcW w:type="dxa" w:w="1440"/>
          </w:tcPr>
          <w:p>
            <w:r>
              <w:t>Opening</w:t>
            </w:r>
          </w:p>
        </w:tc>
        <w:tc>
          <w:tcPr>
            <w:tcW w:type="dxa" w:w="1440"/>
          </w:tcPr>
          <w:p>
            <w:r>
              <w:t>Balance brought forward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[12,500.00]</w:t>
            </w:r>
          </w:p>
        </w:tc>
      </w:tr>
      <w:tr>
        <w:tc>
          <w:tcPr>
            <w:tcW w:type="dxa" w:w="1440"/>
          </w:tcPr>
          <w:p>
            <w:r>
              <w:t>[05 Oct]</w:t>
            </w:r>
          </w:p>
        </w:tc>
        <w:tc>
          <w:tcPr>
            <w:tcW w:type="dxa" w:w="1440"/>
          </w:tcPr>
          <w:p>
            <w:r>
              <w:t>INV-[1042]</w:t>
            </w:r>
          </w:p>
        </w:tc>
        <w:tc>
          <w:tcPr>
            <w:tcW w:type="dxa" w:w="1440"/>
          </w:tcPr>
          <w:p>
            <w:r>
              <w:t>[October supplies]</w:t>
            </w:r>
          </w:p>
        </w:tc>
        <w:tc>
          <w:tcPr>
            <w:tcW w:type="dxa" w:w="1440"/>
          </w:tcPr>
          <w:p>
            <w:r>
              <w:t>[8,400.00]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[20,900.00]</w:t>
            </w:r>
          </w:p>
        </w:tc>
      </w:tr>
      <w:tr>
        <w:tc>
          <w:tcPr>
            <w:tcW w:type="dxa" w:w="1440"/>
          </w:tcPr>
          <w:p>
            <w:r>
              <w:t>[12 Oct]</w:t>
            </w:r>
          </w:p>
        </w:tc>
        <w:tc>
          <w:tcPr>
            <w:tcW w:type="dxa" w:w="1440"/>
          </w:tcPr>
          <w:p>
            <w:r>
              <w:t>PAY-[0318]</w:t>
            </w:r>
          </w:p>
        </w:tc>
        <w:tc>
          <w:tcPr>
            <w:tcW w:type="dxa" w:w="1440"/>
          </w:tcPr>
          <w:p>
            <w:r>
              <w:t>Payment received, thank you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[12,500.00]</w:t>
            </w:r>
          </w:p>
        </w:tc>
        <w:tc>
          <w:tcPr>
            <w:tcW w:type="dxa" w:w="1440"/>
          </w:tcPr>
          <w:p>
            <w:r>
              <w:t>[8,400.00]</w:t>
            </w:r>
          </w:p>
        </w:tc>
      </w:tr>
      <w:tr>
        <w:tc>
          <w:tcPr>
            <w:tcW w:type="dxa" w:w="1440"/>
          </w:tcPr>
          <w:p>
            <w:r>
              <w:t>[20 Oct]</w:t>
            </w:r>
          </w:p>
        </w:tc>
        <w:tc>
          <w:tcPr>
            <w:tcW w:type="dxa" w:w="1440"/>
          </w:tcPr>
          <w:p>
            <w:r>
              <w:t>CN-[0021]</w:t>
            </w:r>
          </w:p>
        </w:tc>
        <w:tc>
          <w:tcPr>
            <w:tcW w:type="dxa" w:w="1440"/>
          </w:tcPr>
          <w:p>
            <w:r>
              <w:t>Credit note, damaged item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[600.00]</w:t>
            </w:r>
          </w:p>
        </w:tc>
        <w:tc>
          <w:tcPr>
            <w:tcW w:type="dxa" w:w="1440"/>
          </w:tcPr>
          <w:p>
            <w:r>
              <w:t>[7,800.00]</w:t>
            </w:r>
          </w:p>
        </w:tc>
      </w:tr>
      <w:tr>
        <w:tc>
          <w:tcPr>
            <w:tcW w:type="dxa" w:w="1440"/>
          </w:tcPr>
          <w:p>
            <w:r>
              <w:t>[28 Oct]</w:t>
            </w:r>
          </w:p>
        </w:tc>
        <w:tc>
          <w:tcPr>
            <w:tcW w:type="dxa" w:w="1440"/>
          </w:tcPr>
          <w:p>
            <w:r>
              <w:t>INV-[1057]</w:t>
            </w:r>
          </w:p>
        </w:tc>
        <w:tc>
          <w:tcPr>
            <w:tcW w:type="dxa" w:w="1440"/>
          </w:tcPr>
          <w:p>
            <w:r>
              <w:t>[Delivery charges]</w:t>
            </w:r>
          </w:p>
        </w:tc>
        <w:tc>
          <w:tcPr>
            <w:tcW w:type="dxa" w:w="1440"/>
          </w:tcPr>
          <w:p>
            <w:r>
              <w:t>[1,200.00]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[9,000.00]</w:t>
            </w:r>
          </w:p>
        </w:tc>
      </w:tr>
    </w:tbl>
    <w:p/>
    <w:p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Total invoiced this period:</w:t>
            </w:r>
          </w:p>
        </w:tc>
        <w:tc>
          <w:tcPr>
            <w:tcW w:type="dxa" w:w="4320"/>
          </w:tcPr>
          <w:p>
            <w:r>
              <w:rPr>
                <w:b/>
              </w:rPr>
              <w:t>[9,600.00]</w:t>
            </w:r>
          </w:p>
        </w:tc>
      </w:tr>
      <w:tr>
        <w:tc>
          <w:tcPr>
            <w:tcW w:type="dxa" w:w="4320"/>
          </w:tcPr>
          <w:p>
            <w:r>
              <w:t>Total paid and credited:</w:t>
            </w:r>
          </w:p>
        </w:tc>
        <w:tc>
          <w:tcPr>
            <w:tcW w:type="dxa" w:w="4320"/>
          </w:tcPr>
          <w:p>
            <w:r>
              <w:t>[13,100.00]</w:t>
            </w:r>
          </w:p>
        </w:tc>
      </w:tr>
      <w:tr>
        <w:tc>
          <w:tcPr>
            <w:tcW w:type="dxa" w:w="4320"/>
          </w:tcPr>
          <w:p>
            <w:r>
              <w:t>AMOUNT DUE:</w:t>
            </w:r>
          </w:p>
        </w:tc>
        <w:tc>
          <w:tcPr>
            <w:tcW w:type="dxa" w:w="4320"/>
          </w:tcPr>
          <w:p>
            <w:r>
              <w:t>[9,000.00]</w:t>
            </w:r>
          </w:p>
        </w:tc>
      </w:tr>
      <w:tr>
        <w:tc>
          <w:tcPr>
            <w:tcW w:type="dxa" w:w="4320"/>
          </w:tcPr>
          <w:p>
            <w:r>
              <w:t>Due by:</w:t>
            </w:r>
          </w:p>
        </w:tc>
        <w:tc>
          <w:tcPr>
            <w:tcW w:type="dxa" w:w="4320"/>
          </w:tcPr>
          <w:p>
            <w:r>
              <w:t>[15 November 2026]</w:t>
            </w:r>
          </w:p>
        </w:tc>
      </w:tr>
    </w:tbl>
    <w:p/>
    <w:p>
      <w:r/>
    </w:p>
    <w:p>
      <w:r>
        <w:t>Aging of the amount due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Current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1-30 days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31-60 days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61-90 days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Over 90 days</w:t>
            </w:r>
          </w:p>
        </w:tc>
      </w:tr>
      <w:tr>
        <w:tc>
          <w:tcPr>
            <w:tcW w:type="dxa" w:w="1728"/>
          </w:tcPr>
          <w:p>
            <w:r>
              <w:t>[9,000.00]</w:t>
            </w:r>
          </w:p>
        </w:tc>
        <w:tc>
          <w:tcPr>
            <w:tcW w:type="dxa" w:w="1728"/>
          </w:tcPr>
          <w:p>
            <w:r>
              <w:t>[0.00]</w:t>
            </w:r>
          </w:p>
        </w:tc>
        <w:tc>
          <w:tcPr>
            <w:tcW w:type="dxa" w:w="1728"/>
          </w:tcPr>
          <w:p>
            <w:r>
              <w:t>[0.00]</w:t>
            </w:r>
          </w:p>
        </w:tc>
        <w:tc>
          <w:tcPr>
            <w:tcW w:type="dxa" w:w="1728"/>
          </w:tcPr>
          <w:p>
            <w:r>
              <w:t>[0.00]</w:t>
            </w:r>
          </w:p>
        </w:tc>
        <w:tc>
          <w:tcPr>
            <w:tcW w:type="dxa" w:w="1728"/>
          </w:tcPr>
          <w:p>
            <w:r>
              <w:t>[0.00]</w:t>
            </w:r>
          </w:p>
        </w:tc>
      </w:tr>
    </w:tbl>
    <w:p/>
    <w:p>
      <w:r/>
    </w:p>
    <w:p>
      <w:r>
        <w:t>How to pay</w:t>
      </w:r>
    </w:p>
    <w:p>
      <w:r>
        <w:t>Bank transfer to [bank name], account [number], reference [account number]</w:t>
      </w:r>
    </w:p>
    <w:p>
      <w:r>
        <w:t>[UPI ID / mobile money number / payment link]</w:t>
      </w:r>
    </w:p>
    <w:p>
      <w:r/>
    </w:p>
    <w:p>
      <w:r>
        <w:t>Questions about this statement? Contact [name] at [phone or email] within [15] days.</w:t>
      </w:r>
    </w:p>
    <w:p>
      <w:r>
        <w:t>If you have already paid, please ignore the amount due and send the payment reference.</w:t>
      </w:r>
    </w:p>
    <w:p>
      <w:r>
        <w:rPr>
          <w:color w:val="6B7A79"/>
          <w:sz w:val="16"/>
        </w:rPr>
        <w:t>Template from makatea.ai/en/templates/statement-of-account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