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</w:rPr>
        <w:t>NOTA PROMISSÓRIA</w:t>
      </w:r>
    </w:p>
    <w:p/>
    <w:p>
      <w:r>
        <w:t>Nº [1/1]                                   Vencimento: [21 de novembro de 2026]</w:t>
      </w:r>
    </w:p>
    <w:p>
      <w:r>
        <w:t xml:space="preserve">                                           Valor: R$ [12.000,00]</w:t>
      </w:r>
    </w:p>
    <w:p/>
    <w:p>
      <w:r>
        <w:t>No dia [21 de novembro de 2026], pagarei por esta única via de nota promissória a [nome do beneficiário], CPF/CNPJ [000.000.000-00], ou à sua ordem, a quantia de [doze mil reais] em moeda corrente deste país.</w:t>
      </w:r>
    </w:p>
    <w:p/>
    <w:p>
      <w:r>
        <w:t>Pagável em [cidade, UF].</w:t>
      </w:r>
    </w:p>
    <w:p/>
    <w:p>
      <w:r>
        <w:t>Local e data de emissão: [cidade, UF], [21 de outubro de 2026]</w:t>
      </w:r>
    </w:p>
    <w:p/>
    <w:p>
      <w:r>
        <w:t>Emitente: [nome completo]</w:t>
      </w:r>
    </w:p>
    <w:p>
      <w:r>
        <w:t>CPF/CNPJ: [000.000.000-00]</w:t>
      </w:r>
    </w:p>
    <w:p>
      <w:r>
        <w:t>Endereço: [rua, número, cidade, UF]</w:t>
      </w:r>
    </w:p>
    <w:p/>
    <w:p>
      <w:r>
        <w:t>Assinatura do emitente: ______________________</w:t>
      </w:r>
    </w:p>
    <w:p/>
    <w:p>
      <w:r>
        <w:t>Avalista: [nome e CPF]          Assinatura: ______________________</w:t>
      </w:r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C929C"/>
        <w:sz w:val="16"/>
      </w:rPr>
      <w:t>Feito com a Makatea · makatea.ai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Nota promissória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