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PROFORMA INVOICE</w:t>
      </w:r>
    </w:p>
    <w:p/>
    <w:p>
      <w:r>
        <w:t>Proforma No. [PI-001]</w:t>
      </w:r>
    </w:p>
    <w:p>
      <w:r>
        <w:t>Issue date: [October 21, 2026]</w:t>
      </w:r>
    </w:p>
    <w:p>
      <w:r>
        <w:t>Valid until: [November 5, 2026]</w:t>
      </w:r>
    </w:p>
    <w:p/>
    <w:p>
      <w:r>
        <w:t>Seller: [Business name] · [Address] · [Tax ID]</w:t>
      </w:r>
    </w:p>
    <w:p>
      <w:r>
        <w:t>Buyer: [Client name] · [Address] · [Tax ID]</w:t>
      </w:r>
    </w:p>
    <w:p/>
    <w:p>
      <w:r>
        <w:t>Description | Qty | Unit price | Amount</w:t>
      </w:r>
    </w:p>
    <w:p>
      <w:r>
        <w:t>[Item] | [1] | [0.00] | [0.00]</w:t>
      </w:r>
    </w:p>
    <w:p/>
    <w:p>
      <w:r>
        <w:t>Subtotal: [0.00]</w:t>
      </w:r>
    </w:p>
    <w:p>
      <w:r>
        <w:t>Tax [name and %]: [0.00]</w:t>
      </w:r>
    </w:p>
    <w:p>
      <w:r>
        <w:t>Shipping: [0.00]</w:t>
      </w:r>
    </w:p>
    <w:p>
      <w:r>
        <w:t>Total ([currency]): [0.00]</w:t>
      </w:r>
    </w:p>
    <w:p/>
    <w:p>
      <w:r>
        <w:t>Payment terms: [for example 50% in advance, balance before shipping]</w:t>
      </w:r>
    </w:p>
    <w:p>
      <w:r>
        <w:t>Bank details: [bank, account, SWIFT or payment link]</w:t>
      </w:r>
    </w:p>
    <w:p/>
    <w:p>
      <w:r>
        <w:t>This proforma invoice is a quotation. The final invoice is issued on delivery.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Made with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