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PAYMENT RECEIPT</w:t>
      </w:r>
    </w:p>
    <w:p/>
    <w:p>
      <w:r>
        <w:t>Receipt No. [0001]</w:t>
      </w:r>
    </w:p>
    <w:p>
      <w:r>
        <w:t>Date: [October 21, 2026]</w:t>
      </w:r>
    </w:p>
    <w:p/>
    <w:p>
      <w:r>
        <w:t>Received from [Customer name] the sum of [amount in figures] ([amount in words]) for [description, for example October tuition].</w:t>
      </w:r>
    </w:p>
    <w:p/>
    <w:p>
      <w:r>
        <w:t>Payment method: [Cash / Bank transfer / UPI / Card / Check]</w:t>
      </w:r>
    </w:p>
    <w:p>
      <w:r>
        <w:t>Reference: [transaction ID or check number]</w:t>
      </w:r>
    </w:p>
    <w:p>
      <w:r>
        <w:t>Balance pending: [amount or none]</w:t>
      </w:r>
    </w:p>
    <w:p/>
    <w:p>
      <w:r>
        <w:t>Received by: [Business name]</w:t>
      </w:r>
    </w:p>
    <w:p>
      <w:r>
        <w:t>[Address] · [Phone] · [Tax ID, if any]</w:t>
      </w:r>
    </w:p>
    <w:p/>
    <w:p>
      <w:r>
        <w:t>Signature: 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Made with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