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RECIBO DE ALUGUEL</w:t>
      </w:r>
    </w:p>
    <w:p/>
    <w:p>
      <w:r>
        <w:t>Nº [0001]                                  Valor: R$ [0,00]</w:t>
      </w:r>
    </w:p>
    <w:p/>
    <w:p>
      <w:r>
        <w:t>Recebi de [nome do inquilino] a importância de [valor por extenso], referente ao aluguel do imóvel situado em [rua, número, apartamento, cidade, UF], no período de [1 a 31 de outubro de 2026], discriminada abaixo.</w:t>
      </w:r>
    </w:p>
    <w:p/>
    <w:p>
      <w:r>
        <w:t>Aluguel: R$ [0,00]</w:t>
      </w:r>
    </w:p>
    <w:p>
      <w:r>
        <w:t>Condomínio: R$ [0,00]</w:t>
      </w:r>
    </w:p>
    <w:p>
      <w:r>
        <w:t>IPTU: R$ [0,00]</w:t>
      </w:r>
    </w:p>
    <w:p>
      <w:r>
        <w:t>Outras: R$ [0,00]</w:t>
      </w:r>
    </w:p>
    <w:p>
      <w:r>
        <w:t>Total: R$ [0,00]</w:t>
      </w:r>
    </w:p>
    <w:p/>
    <w:p>
      <w:r>
        <w:t>Forma de pagamento: [Pix / Boleto / TED / Dinheiro]</w:t>
      </w:r>
    </w:p>
    <w:p/>
    <w:p>
      <w:r>
        <w:t>[Cidade, UF], [5 de outubro de 2026]</w:t>
      </w:r>
    </w:p>
    <w:p/>
    <w:p>
      <w:r>
        <w:t>______________________</w:t>
      </w:r>
    </w:p>
    <w:p>
      <w:r>
        <w:t>[Nome do locador]</w:t>
      </w:r>
    </w:p>
    <w:p>
      <w:r>
        <w:t>CPF/CNPJ [000.000.000-00]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Feito com a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aluguel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