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RECIBO DE CAJA</w:t>
      </w:r>
    </w:p>
    <w:p/>
    <w:p>
      <w:r>
        <w:t>Folio: [C-0001]</w:t>
      </w:r>
    </w:p>
    <w:p>
      <w:r>
        <w:t>Fecha: [21 de octubre de 2026]   Lugar: [Ciudad, Estado]</w:t>
      </w:r>
    </w:p>
    <w:p/>
    <w:p>
      <w:r>
        <w:t>Recibí de [nombre de quien paga] la cantidad de [$0.00] ([cantidad con letra] 00/100 M.N.)</w:t>
      </w:r>
    </w:p>
    <w:p>
      <w:r>
        <w:t>por concepto de [concepto y periodo].</w:t>
      </w:r>
    </w:p>
    <w:p/>
    <w:p>
      <w:r>
        <w:t>Forma de pago: [Efectivo / Transferencia SPEI / Depósito / OXXO / Tarjeta]</w:t>
      </w:r>
    </w:p>
    <w:p>
      <w:r>
        <w:t>Referencia: [número de operación]</w:t>
      </w:r>
    </w:p>
    <w:p/>
    <w:p>
      <w:r>
        <w:t>Recibió: [nombre de quien cobra]   Caja: [número]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Hecho con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caja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