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RECIBO DE COMPRA E VENDA</w:t>
      </w:r>
    </w:p>
    <w:p/>
    <w:p>
      <w:r>
        <w:t>Nº [0001]                                  Valor: R$ [0,00]</w:t>
      </w:r>
    </w:p>
    <w:p/>
    <w:p>
      <w:r>
        <w:t>Eu, [nome do vendedor], CPF [000.000.000-00], declaro que recebi de [nome do comprador], CPF [000.000.000-00], a importância de [valor por extenso], referente à venda de [descrição completa do bem: marca, modelo, ano, número de série, placa ou IMEI], no estado em que se encontra.</w:t>
      </w:r>
    </w:p>
    <w:p/>
    <w:p>
      <w:r>
        <w:t>Forma de pagamento: [Pix / TED / Dinheiro / Parcelas e datas]</w:t>
      </w:r>
    </w:p>
    <w:p/>
    <w:p>
      <w:r>
        <w:t>[Cidade, UF], [21 de outubro de 2026]</w:t>
      </w:r>
    </w:p>
    <w:p/>
    <w:p>
      <w:r>
        <w:t>______________________          ______________________</w:t>
      </w:r>
    </w:p>
    <w:p>
      <w:r>
        <w:t>Vendedor                         Comprador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C929C"/>
        <w:sz w:val="16"/>
      </w:rPr>
      <w:t>Feito com a Makatea · makatea.ai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Recibo de compra e venda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