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RECIBO DE PRESTAÇÃO DE SERVIÇO</w:t>
      </w:r>
    </w:p>
    <w:p/>
    <w:p>
      <w:r>
        <w:t>Nº [0001]                                  Valor: R$ [0,00]</w:t>
      </w:r>
    </w:p>
    <w:p/>
    <w:p>
      <w:r>
        <w:t>Recebi de [nome do cliente], CPF/CNPJ [000.000.000-00], a importância de [valor por extenso], referente à prestação do serviço de [descrição do serviço e local], realizado em [data ou período].</w:t>
      </w:r>
    </w:p>
    <w:p/>
    <w:p>
      <w:r>
        <w:t>Forma de pagamento: [Pix / Dinheiro / Boleto / TED / Cartão]</w:t>
      </w:r>
    </w:p>
    <w:p/>
    <w:p>
      <w:r>
        <w:t>[Cidade, UF], [21 de outubro de 2026]</w:t>
      </w:r>
    </w:p>
    <w:p/>
    <w:p>
      <w:r>
        <w:t>______________________</w:t>
      </w:r>
    </w:p>
    <w:p>
      <w:r>
        <w:t>[Nome do prestador]</w:t>
      </w:r>
    </w:p>
    <w:p>
      <w:r>
        <w:t>CPF/CNPJ [000.000.000-00]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C929C"/>
        <w:sz w:val="16"/>
      </w:rPr>
      <w:t>Feito com a Makatea · makatea.ai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prestação de serviço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