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RECIBO</w:t>
      </w:r>
    </w:p>
    <w:p/>
    <w:p>
      <w:r>
        <w:t>Nº [0001]                                  Valor: R$ [0,00]</w:t>
      </w:r>
    </w:p>
    <w:p/>
    <w:p>
      <w:r>
        <w:t>Recebi de [nome de quem paga], CPF/CNPJ [000.000.000-00], a importância de [valor por extenso], referente a [o que foi pago e período].</w:t>
      </w:r>
    </w:p>
    <w:p/>
    <w:p>
      <w:r>
        <w:t>Forma de pagamento: [Pix / Dinheiro / Boleto / TED / Cartão]</w:t>
      </w:r>
    </w:p>
    <w:p/>
    <w:p>
      <w:r>
        <w:t>Para clareza, firmo o presente.</w:t>
      </w:r>
    </w:p>
    <w:p/>
    <w:p>
      <w:r>
        <w:t>[Cidade, UF], [21 de outubro de 2026]</w:t>
      </w:r>
    </w:p>
    <w:p/>
    <w:p>
      <w:r>
        <w:t>______________________</w:t>
      </w:r>
    </w:p>
    <w:p>
      <w:r>
        <w:t>[Nome de quem recebe]</w:t>
      </w:r>
    </w:p>
    <w:p>
      <w:r>
        <w:t>CPF/CNPJ [000.000.000-00]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C929C"/>
        <w:sz w:val="16"/>
      </w:rPr>
      <w:t>Feito com a Makatea · makatea.ai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