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RENT RECEIPT</w:t>
      </w:r>
    </w:p>
    <w:p/>
    <w:p>
      <w:r>
        <w:t>Receipt No. [0001]</w:t>
      </w:r>
    </w:p>
    <w:p>
      <w:r>
        <w:t>Date: [October 2, 2026]</w:t>
      </w:r>
    </w:p>
    <w:p/>
    <w:p>
      <w:r>
        <w:t>Received from [Tenant name] the sum of [amount in figures] ([amount in words]) as rent for the property at [address, unit] for the period [October 1 to 31, 2026].</w:t>
      </w:r>
    </w:p>
    <w:p/>
    <w:p>
      <w:r>
        <w:t>Payment method: [Cash / Bank transfer / UPI / Check]</w:t>
      </w:r>
    </w:p>
    <w:p>
      <w:r>
        <w:t>Reference: [transaction ID]</w:t>
      </w:r>
    </w:p>
    <w:p>
      <w:r>
        <w:t>Balance pending: [amount or none]</w:t>
      </w:r>
    </w:p>
    <w:p/>
    <w:p>
      <w:r>
        <w:t>Landlord: [Landlord name] · [Tax ID, if required]</w:t>
      </w:r>
    </w:p>
    <w:p/>
    <w:p>
      <w:r>
        <w:t>Signature: 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Made with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